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86AA" w14:textId="77777777" w:rsidR="002347B7" w:rsidRDefault="00257932">
      <w:pPr>
        <w:jc w:val="center"/>
      </w:pPr>
      <w:r>
        <w:rPr>
          <w:b/>
          <w:sz w:val="32"/>
        </w:rPr>
        <w:t>CLIENT INTAKE / PROJECT BRIEF QUESTIONNAIRE (UK)</w:t>
      </w:r>
    </w:p>
    <w:p w14:paraId="665A5AB4" w14:textId="77777777" w:rsidR="002347B7" w:rsidRDefault="00257932">
      <w:r>
        <w:rPr>
          <w:b/>
          <w:sz w:val="24"/>
        </w:rPr>
        <w:t xml:space="preserve">1) CLIENT </w:t>
      </w:r>
      <w:r>
        <w:rPr>
          <w:b/>
          <w:sz w:val="24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347B7" w14:paraId="24239EAB" w14:textId="77777777">
        <w:tc>
          <w:tcPr>
            <w:tcW w:w="4320" w:type="dxa"/>
          </w:tcPr>
          <w:p w14:paraId="3356A261" w14:textId="77777777" w:rsidR="002347B7" w:rsidRDefault="00257932">
            <w:r>
              <w:t>Client name / company</w:t>
            </w:r>
          </w:p>
        </w:tc>
        <w:tc>
          <w:tcPr>
            <w:tcW w:w="4320" w:type="dxa"/>
          </w:tcPr>
          <w:p w14:paraId="1DA027CD" w14:textId="77777777" w:rsidR="002347B7" w:rsidRDefault="00257932">
            <w:r>
              <w:t>[ ]</w:t>
            </w:r>
          </w:p>
        </w:tc>
      </w:tr>
      <w:tr w:rsidR="002347B7" w14:paraId="7ACA4B3A" w14:textId="77777777">
        <w:tc>
          <w:tcPr>
            <w:tcW w:w="4320" w:type="dxa"/>
          </w:tcPr>
          <w:p w14:paraId="058ACCA2" w14:textId="77777777" w:rsidR="002347B7" w:rsidRDefault="00257932">
            <w:r>
              <w:t>Primary contact name</w:t>
            </w:r>
          </w:p>
        </w:tc>
        <w:tc>
          <w:tcPr>
            <w:tcW w:w="4320" w:type="dxa"/>
          </w:tcPr>
          <w:p w14:paraId="38D91368" w14:textId="77777777" w:rsidR="002347B7" w:rsidRDefault="00257932">
            <w:r>
              <w:t>[ ]</w:t>
            </w:r>
          </w:p>
        </w:tc>
      </w:tr>
      <w:tr w:rsidR="002347B7" w14:paraId="339045A1" w14:textId="77777777">
        <w:tc>
          <w:tcPr>
            <w:tcW w:w="4320" w:type="dxa"/>
          </w:tcPr>
          <w:p w14:paraId="3DB4F717" w14:textId="77777777" w:rsidR="002347B7" w:rsidRDefault="00257932">
            <w:r>
              <w:t>Email</w:t>
            </w:r>
          </w:p>
        </w:tc>
        <w:tc>
          <w:tcPr>
            <w:tcW w:w="4320" w:type="dxa"/>
          </w:tcPr>
          <w:p w14:paraId="6278137B" w14:textId="77777777" w:rsidR="002347B7" w:rsidRDefault="00257932">
            <w:r>
              <w:t>[ ]</w:t>
            </w:r>
          </w:p>
        </w:tc>
      </w:tr>
      <w:tr w:rsidR="002347B7" w14:paraId="3D814509" w14:textId="77777777">
        <w:tc>
          <w:tcPr>
            <w:tcW w:w="4320" w:type="dxa"/>
          </w:tcPr>
          <w:p w14:paraId="40CBF333" w14:textId="77777777" w:rsidR="002347B7" w:rsidRDefault="00257932">
            <w:r>
              <w:t>Phone</w:t>
            </w:r>
          </w:p>
        </w:tc>
        <w:tc>
          <w:tcPr>
            <w:tcW w:w="4320" w:type="dxa"/>
          </w:tcPr>
          <w:p w14:paraId="6B3DD0D4" w14:textId="77777777" w:rsidR="002347B7" w:rsidRDefault="00257932">
            <w:r>
              <w:t>[ ]</w:t>
            </w:r>
          </w:p>
        </w:tc>
      </w:tr>
      <w:tr w:rsidR="002347B7" w14:paraId="175263CA" w14:textId="77777777">
        <w:tc>
          <w:tcPr>
            <w:tcW w:w="4320" w:type="dxa"/>
          </w:tcPr>
          <w:p w14:paraId="23423307" w14:textId="77777777" w:rsidR="002347B7" w:rsidRDefault="00257932">
            <w:r>
              <w:t>Address (optional)</w:t>
            </w:r>
          </w:p>
        </w:tc>
        <w:tc>
          <w:tcPr>
            <w:tcW w:w="4320" w:type="dxa"/>
          </w:tcPr>
          <w:p w14:paraId="3DAC5555" w14:textId="77777777" w:rsidR="002347B7" w:rsidRDefault="00257932">
            <w:r>
              <w:t>[ ]</w:t>
            </w:r>
          </w:p>
        </w:tc>
      </w:tr>
      <w:tr w:rsidR="002347B7" w14:paraId="17ADFC43" w14:textId="77777777">
        <w:tc>
          <w:tcPr>
            <w:tcW w:w="4320" w:type="dxa"/>
          </w:tcPr>
          <w:p w14:paraId="4ECB01EA" w14:textId="77777777" w:rsidR="002347B7" w:rsidRDefault="00257932">
            <w:r>
              <w:t>Website / social links (optional)</w:t>
            </w:r>
          </w:p>
        </w:tc>
        <w:tc>
          <w:tcPr>
            <w:tcW w:w="4320" w:type="dxa"/>
          </w:tcPr>
          <w:p w14:paraId="5D155D6D" w14:textId="77777777" w:rsidR="002347B7" w:rsidRDefault="00257932">
            <w:r>
              <w:t>[ ]</w:t>
            </w:r>
          </w:p>
        </w:tc>
      </w:tr>
    </w:tbl>
    <w:p w14:paraId="08B34BC4" w14:textId="77777777" w:rsidR="002347B7" w:rsidRDefault="002347B7"/>
    <w:p w14:paraId="616E653C" w14:textId="77777777" w:rsidR="002347B7" w:rsidRDefault="00257932">
      <w:r>
        <w:rPr>
          <w:b/>
          <w:sz w:val="24"/>
        </w:rPr>
        <w:t>2) PROJECT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347B7" w14:paraId="445C88EC" w14:textId="77777777">
        <w:tc>
          <w:tcPr>
            <w:tcW w:w="4320" w:type="dxa"/>
          </w:tcPr>
          <w:p w14:paraId="632E9020" w14:textId="77777777" w:rsidR="002347B7" w:rsidRDefault="00257932">
            <w:r>
              <w:t>Project name</w:t>
            </w:r>
          </w:p>
        </w:tc>
        <w:tc>
          <w:tcPr>
            <w:tcW w:w="4320" w:type="dxa"/>
          </w:tcPr>
          <w:p w14:paraId="0C5C19F5" w14:textId="77777777" w:rsidR="002347B7" w:rsidRDefault="00257932">
            <w:r>
              <w:t>[ ]</w:t>
            </w:r>
          </w:p>
        </w:tc>
      </w:tr>
      <w:tr w:rsidR="002347B7" w14:paraId="65844A8D" w14:textId="77777777">
        <w:tc>
          <w:tcPr>
            <w:tcW w:w="4320" w:type="dxa"/>
          </w:tcPr>
          <w:p w14:paraId="2CFD9310" w14:textId="77777777" w:rsidR="002347B7" w:rsidRDefault="00257932">
            <w:r>
              <w:t>Project type</w:t>
            </w:r>
          </w:p>
        </w:tc>
        <w:tc>
          <w:tcPr>
            <w:tcW w:w="4320" w:type="dxa"/>
          </w:tcPr>
          <w:p w14:paraId="16FF91AD" w14:textId="77777777" w:rsidR="002347B7" w:rsidRDefault="00257932">
            <w:r>
              <w:t xml:space="preserve">[e.g., website / logo / marketing / consulting / </w:t>
            </w:r>
            <w:r>
              <w:t>cleaning contract / other]</w:t>
            </w:r>
          </w:p>
        </w:tc>
      </w:tr>
      <w:tr w:rsidR="002347B7" w14:paraId="538CFEB8" w14:textId="77777777">
        <w:tc>
          <w:tcPr>
            <w:tcW w:w="4320" w:type="dxa"/>
          </w:tcPr>
          <w:p w14:paraId="1F2CDF9D" w14:textId="77777777" w:rsidR="002347B7" w:rsidRDefault="00257932">
            <w:r>
              <w:t>Short description</w:t>
            </w:r>
          </w:p>
        </w:tc>
        <w:tc>
          <w:tcPr>
            <w:tcW w:w="4320" w:type="dxa"/>
          </w:tcPr>
          <w:p w14:paraId="178B3C17" w14:textId="77777777" w:rsidR="002347B7" w:rsidRDefault="00257932">
            <w:r>
              <w:t>[ ]</w:t>
            </w:r>
          </w:p>
        </w:tc>
      </w:tr>
      <w:tr w:rsidR="002347B7" w14:paraId="1AB13FA4" w14:textId="77777777">
        <w:tc>
          <w:tcPr>
            <w:tcW w:w="4320" w:type="dxa"/>
          </w:tcPr>
          <w:p w14:paraId="6314B3CE" w14:textId="77777777" w:rsidR="002347B7" w:rsidRDefault="00257932">
            <w:r>
              <w:t>Main goal(s)</w:t>
            </w:r>
          </w:p>
        </w:tc>
        <w:tc>
          <w:tcPr>
            <w:tcW w:w="4320" w:type="dxa"/>
          </w:tcPr>
          <w:p w14:paraId="2C42D34F" w14:textId="77777777" w:rsidR="002347B7" w:rsidRDefault="00257932">
            <w:r>
              <w:t>[ ]</w:t>
            </w:r>
          </w:p>
        </w:tc>
      </w:tr>
      <w:tr w:rsidR="002347B7" w14:paraId="6AADD09C" w14:textId="77777777">
        <w:tc>
          <w:tcPr>
            <w:tcW w:w="4320" w:type="dxa"/>
          </w:tcPr>
          <w:p w14:paraId="1CE32410" w14:textId="77777777" w:rsidR="002347B7" w:rsidRDefault="00257932">
            <w:r>
              <w:t>Success looks like</w:t>
            </w:r>
          </w:p>
        </w:tc>
        <w:tc>
          <w:tcPr>
            <w:tcW w:w="4320" w:type="dxa"/>
          </w:tcPr>
          <w:p w14:paraId="50EB371A" w14:textId="77777777" w:rsidR="002347B7" w:rsidRDefault="00257932">
            <w:r>
              <w:t>[e.g., increase enquiries, sell templates, improve conversion, reduce admin time]</w:t>
            </w:r>
          </w:p>
        </w:tc>
      </w:tr>
    </w:tbl>
    <w:p w14:paraId="2928EDA7" w14:textId="77777777" w:rsidR="002347B7" w:rsidRDefault="002347B7"/>
    <w:p w14:paraId="2231F89C" w14:textId="77777777" w:rsidR="002347B7" w:rsidRDefault="00257932">
      <w:r>
        <w:rPr>
          <w:b/>
          <w:sz w:val="24"/>
        </w:rPr>
        <w:t>3) TARGET AUDIENCE &amp; COMPETITORS</w:t>
      </w:r>
    </w:p>
    <w:p w14:paraId="721B4373" w14:textId="77777777" w:rsidR="002347B7" w:rsidRDefault="00257932">
      <w:r>
        <w:t>Who is the target audience? (age, location, industr</w:t>
      </w:r>
      <w:r>
        <w:t>y, needs)</w:t>
      </w:r>
    </w:p>
    <w:p w14:paraId="1AF77742" w14:textId="77777777" w:rsidR="002347B7" w:rsidRDefault="00257932">
      <w:r>
        <w:t>____________________________________________________________</w:t>
      </w:r>
    </w:p>
    <w:p w14:paraId="22A6E8C8" w14:textId="77777777" w:rsidR="002347B7" w:rsidRDefault="00257932">
      <w:r>
        <w:t>Key competitors or similar businesses (links if possible):</w:t>
      </w:r>
    </w:p>
    <w:p w14:paraId="783D1745" w14:textId="77777777" w:rsidR="002347B7" w:rsidRDefault="00257932">
      <w:r>
        <w:t>1) __________________________   2) __________________________   3) __________________________</w:t>
      </w:r>
    </w:p>
    <w:p w14:paraId="5AB2B15E" w14:textId="77777777" w:rsidR="002347B7" w:rsidRDefault="00257932">
      <w:r>
        <w:t xml:space="preserve">Websites you like </w:t>
      </w:r>
      <w:r>
        <w:t>(style/features) (links):</w:t>
      </w:r>
    </w:p>
    <w:p w14:paraId="144B545E" w14:textId="77777777" w:rsidR="002347B7" w:rsidRDefault="00257932">
      <w:r>
        <w:t>1) __________________________   2) __________________________   3) __________________________</w:t>
      </w:r>
    </w:p>
    <w:p w14:paraId="28F05F3C" w14:textId="77777777" w:rsidR="002347B7" w:rsidRDefault="002347B7"/>
    <w:p w14:paraId="28824668" w14:textId="77777777" w:rsidR="002347B7" w:rsidRDefault="00257932">
      <w:r>
        <w:rPr>
          <w:b/>
          <w:sz w:val="24"/>
        </w:rPr>
        <w:t>4) REQUIREMENTS / FEATURES</w:t>
      </w:r>
    </w:p>
    <w:p w14:paraId="28D3D3CE" w14:textId="77777777" w:rsidR="002347B7" w:rsidRDefault="00257932">
      <w:r>
        <w:t>What do you need delivered? (tick or list)</w:t>
      </w:r>
    </w:p>
    <w:p w14:paraId="61715F60" w14:textId="77777777" w:rsidR="002347B7" w:rsidRDefault="00257932">
      <w:r>
        <w:t>☐</w:t>
      </w:r>
      <w:r>
        <w:t xml:space="preserve"> Pages/sections</w:t>
      </w:r>
    </w:p>
    <w:p w14:paraId="5564C209" w14:textId="77777777" w:rsidR="002347B7" w:rsidRDefault="00257932">
      <w:r>
        <w:t>☐</w:t>
      </w:r>
      <w:r>
        <w:t xml:space="preserve"> Content writing/editing</w:t>
      </w:r>
    </w:p>
    <w:p w14:paraId="1574BD25" w14:textId="77777777" w:rsidR="002347B7" w:rsidRDefault="00257932">
      <w:r>
        <w:t>☐</w:t>
      </w:r>
      <w:r>
        <w:t xml:space="preserve"> Forms (contact/booki</w:t>
      </w:r>
      <w:r>
        <w:t>ng)</w:t>
      </w:r>
    </w:p>
    <w:p w14:paraId="3A89012B" w14:textId="77777777" w:rsidR="002347B7" w:rsidRDefault="00257932">
      <w:r>
        <w:lastRenderedPageBreak/>
        <w:t>☐</w:t>
      </w:r>
      <w:r>
        <w:t xml:space="preserve"> Payments (Stripe/PayPal)</w:t>
      </w:r>
    </w:p>
    <w:p w14:paraId="34FEA876" w14:textId="77777777" w:rsidR="002347B7" w:rsidRDefault="00257932">
      <w:r>
        <w:t>☐</w:t>
      </w:r>
      <w:r>
        <w:t xml:space="preserve"> Membership/login</w:t>
      </w:r>
    </w:p>
    <w:p w14:paraId="2891888A" w14:textId="77777777" w:rsidR="002347B7" w:rsidRDefault="00257932">
      <w:r>
        <w:t>☐</w:t>
      </w:r>
      <w:r>
        <w:t xml:space="preserve"> Blog/news</w:t>
      </w:r>
    </w:p>
    <w:p w14:paraId="722FEF85" w14:textId="77777777" w:rsidR="002347B7" w:rsidRDefault="00257932">
      <w:r>
        <w:t>☐</w:t>
      </w:r>
      <w:r>
        <w:t xml:space="preserve"> SEO setup</w:t>
      </w:r>
    </w:p>
    <w:p w14:paraId="3404B5E8" w14:textId="77777777" w:rsidR="002347B7" w:rsidRDefault="00257932">
      <w:r>
        <w:t>☐</w:t>
      </w:r>
      <w:r>
        <w:t xml:space="preserve"> Analytics</w:t>
      </w:r>
    </w:p>
    <w:p w14:paraId="33C35109" w14:textId="77777777" w:rsidR="002347B7" w:rsidRDefault="00257932">
      <w:r>
        <w:t>☐</w:t>
      </w:r>
      <w:r>
        <w:t xml:space="preserve"> Email marketing integration</w:t>
      </w:r>
    </w:p>
    <w:p w14:paraId="6708923F" w14:textId="77777777" w:rsidR="002347B7" w:rsidRDefault="00257932">
      <w:r>
        <w:t>☐</w:t>
      </w:r>
      <w:r>
        <w:t xml:space="preserve"> Other: __________________________</w:t>
      </w:r>
    </w:p>
    <w:p w14:paraId="4EDF5BC5" w14:textId="77777777" w:rsidR="002347B7" w:rsidRDefault="002347B7"/>
    <w:p w14:paraId="69D06915" w14:textId="77777777" w:rsidR="002347B7" w:rsidRDefault="00257932">
      <w:r>
        <w:t>Any must-have features?</w:t>
      </w:r>
    </w:p>
    <w:p w14:paraId="7B5C46A2" w14:textId="77777777" w:rsidR="002347B7" w:rsidRDefault="00257932">
      <w:r>
        <w:t>____________________________________________________________</w:t>
      </w:r>
    </w:p>
    <w:p w14:paraId="1E0EA64C" w14:textId="77777777" w:rsidR="002347B7" w:rsidRDefault="00257932">
      <w:r>
        <w:t xml:space="preserve">Any </w:t>
      </w:r>
      <w:r>
        <w:t>features you do NOT want?</w:t>
      </w:r>
    </w:p>
    <w:p w14:paraId="330E6563" w14:textId="77777777" w:rsidR="002347B7" w:rsidRDefault="00257932">
      <w:r>
        <w:t>____________________________________________________________</w:t>
      </w:r>
    </w:p>
    <w:p w14:paraId="4A544E25" w14:textId="77777777" w:rsidR="002347B7" w:rsidRDefault="002347B7"/>
    <w:p w14:paraId="1F46D0B6" w14:textId="77777777" w:rsidR="002347B7" w:rsidRDefault="00257932">
      <w:r>
        <w:rPr>
          <w:b/>
          <w:sz w:val="24"/>
        </w:rPr>
        <w:t>5) BRANDING &amp; ASSETS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347B7" w14:paraId="2078BE13" w14:textId="77777777">
        <w:tc>
          <w:tcPr>
            <w:tcW w:w="4320" w:type="dxa"/>
          </w:tcPr>
          <w:p w14:paraId="7AC1A5D6" w14:textId="77777777" w:rsidR="002347B7" w:rsidRDefault="00257932">
            <w:r>
              <w:t>Logo available?</w:t>
            </w:r>
          </w:p>
        </w:tc>
        <w:tc>
          <w:tcPr>
            <w:tcW w:w="4320" w:type="dxa"/>
          </w:tcPr>
          <w:p w14:paraId="72040D22" w14:textId="77777777" w:rsidR="002347B7" w:rsidRDefault="00257932">
            <w:r>
              <w:t>☐</w:t>
            </w:r>
            <w:r>
              <w:t xml:space="preserve"> Yes ☐ No ☐ Needs creating</w:t>
            </w:r>
          </w:p>
        </w:tc>
      </w:tr>
      <w:tr w:rsidR="002347B7" w14:paraId="510F388B" w14:textId="77777777">
        <w:tc>
          <w:tcPr>
            <w:tcW w:w="4320" w:type="dxa"/>
          </w:tcPr>
          <w:p w14:paraId="5320A7F5" w14:textId="77777777" w:rsidR="002347B7" w:rsidRDefault="00257932">
            <w:r>
              <w:t>Brand colours / fonts (if known)</w:t>
            </w:r>
          </w:p>
        </w:tc>
        <w:tc>
          <w:tcPr>
            <w:tcW w:w="4320" w:type="dxa"/>
          </w:tcPr>
          <w:p w14:paraId="26D83FAB" w14:textId="77777777" w:rsidR="002347B7" w:rsidRDefault="00257932">
            <w:r>
              <w:t>[ ]</w:t>
            </w:r>
          </w:p>
        </w:tc>
      </w:tr>
      <w:tr w:rsidR="002347B7" w14:paraId="4FFBF9DC" w14:textId="77777777">
        <w:tc>
          <w:tcPr>
            <w:tcW w:w="4320" w:type="dxa"/>
          </w:tcPr>
          <w:p w14:paraId="4FF919E4" w14:textId="77777777" w:rsidR="002347B7" w:rsidRDefault="00257932">
            <w:r>
              <w:t>Images available?</w:t>
            </w:r>
          </w:p>
        </w:tc>
        <w:tc>
          <w:tcPr>
            <w:tcW w:w="4320" w:type="dxa"/>
          </w:tcPr>
          <w:p w14:paraId="22632129" w14:textId="77777777" w:rsidR="002347B7" w:rsidRDefault="00257932">
            <w:r>
              <w:t>☐</w:t>
            </w:r>
            <w:r>
              <w:t xml:space="preserve"> Yes ☐ No ☐ Need stock images</w:t>
            </w:r>
          </w:p>
        </w:tc>
      </w:tr>
      <w:tr w:rsidR="002347B7" w14:paraId="3C443134" w14:textId="77777777">
        <w:tc>
          <w:tcPr>
            <w:tcW w:w="4320" w:type="dxa"/>
          </w:tcPr>
          <w:p w14:paraId="10AD5034" w14:textId="77777777" w:rsidR="002347B7" w:rsidRDefault="00257932">
            <w:r>
              <w:t xml:space="preserve">Tone of </w:t>
            </w:r>
            <w:r>
              <w:t>voice</w:t>
            </w:r>
          </w:p>
        </w:tc>
        <w:tc>
          <w:tcPr>
            <w:tcW w:w="4320" w:type="dxa"/>
          </w:tcPr>
          <w:p w14:paraId="63EAA837" w14:textId="77777777" w:rsidR="002347B7" w:rsidRDefault="00257932">
            <w:r>
              <w:t>[e.g., professional, friendly, formal, simple]</w:t>
            </w:r>
          </w:p>
        </w:tc>
      </w:tr>
      <w:tr w:rsidR="002347B7" w14:paraId="4B9C99BE" w14:textId="77777777">
        <w:tc>
          <w:tcPr>
            <w:tcW w:w="4320" w:type="dxa"/>
          </w:tcPr>
          <w:p w14:paraId="1F206EF6" w14:textId="77777777" w:rsidR="002347B7" w:rsidRDefault="00257932">
            <w:r>
              <w:t>Files/links to assets</w:t>
            </w:r>
          </w:p>
        </w:tc>
        <w:tc>
          <w:tcPr>
            <w:tcW w:w="4320" w:type="dxa"/>
          </w:tcPr>
          <w:p w14:paraId="3A4D8964" w14:textId="77777777" w:rsidR="002347B7" w:rsidRDefault="00257932">
            <w:r>
              <w:t>[Google Drive/Dropbox link or folder]</w:t>
            </w:r>
          </w:p>
        </w:tc>
      </w:tr>
      <w:tr w:rsidR="002347B7" w14:paraId="533CE796" w14:textId="77777777">
        <w:tc>
          <w:tcPr>
            <w:tcW w:w="4320" w:type="dxa"/>
          </w:tcPr>
          <w:p w14:paraId="51C2F4C0" w14:textId="77777777" w:rsidR="002347B7" w:rsidRDefault="00257932">
            <w:r>
              <w:t>Permissions to use assets confirmed?</w:t>
            </w:r>
          </w:p>
        </w:tc>
        <w:tc>
          <w:tcPr>
            <w:tcW w:w="4320" w:type="dxa"/>
          </w:tcPr>
          <w:p w14:paraId="3F3444B7" w14:textId="77777777" w:rsidR="002347B7" w:rsidRDefault="00257932">
            <w:r>
              <w:t>☐</w:t>
            </w:r>
            <w:r>
              <w:t xml:space="preserve"> Yes ☐ No</w:t>
            </w:r>
          </w:p>
        </w:tc>
      </w:tr>
    </w:tbl>
    <w:p w14:paraId="628D4DCA" w14:textId="77777777" w:rsidR="002347B7" w:rsidRDefault="002347B7"/>
    <w:p w14:paraId="61EE3897" w14:textId="77777777" w:rsidR="002347B7" w:rsidRDefault="00257932">
      <w:r>
        <w:rPr>
          <w:b/>
          <w:sz w:val="24"/>
        </w:rPr>
        <w:t>6) CONTENT &amp; ACCESS</w:t>
      </w:r>
    </w:p>
    <w:p w14:paraId="0AFDDC83" w14:textId="77777777" w:rsidR="002347B7" w:rsidRDefault="00257932">
      <w:r>
        <w:t>Who will provide the content? ☐ Client ☐ Service Provider ☐ Both</w:t>
      </w:r>
    </w:p>
    <w:p w14:paraId="48015765" w14:textId="77777777" w:rsidR="002347B7" w:rsidRDefault="00257932">
      <w:r>
        <w:t>Access</w:t>
      </w:r>
      <w:r>
        <w:t xml:space="preserve"> needed (tick):</w:t>
      </w:r>
    </w:p>
    <w:p w14:paraId="7682944E" w14:textId="77777777" w:rsidR="002347B7" w:rsidRDefault="00257932">
      <w:r>
        <w:t>☐</w:t>
      </w:r>
      <w:r>
        <w:t xml:space="preserve"> Domain registrar</w:t>
      </w:r>
    </w:p>
    <w:p w14:paraId="0A8073A5" w14:textId="77777777" w:rsidR="002347B7" w:rsidRDefault="00257932">
      <w:r>
        <w:t>☐</w:t>
      </w:r>
      <w:r>
        <w:t xml:space="preserve"> Hosting</w:t>
      </w:r>
    </w:p>
    <w:p w14:paraId="7CE1256E" w14:textId="77777777" w:rsidR="002347B7" w:rsidRDefault="00257932">
      <w:r>
        <w:t>☐</w:t>
      </w:r>
      <w:r>
        <w:t xml:space="preserve"> WordPress/admin login</w:t>
      </w:r>
    </w:p>
    <w:p w14:paraId="6465D868" w14:textId="77777777" w:rsidR="002347B7" w:rsidRDefault="00257932">
      <w:r>
        <w:t>☐</w:t>
      </w:r>
      <w:r>
        <w:t xml:space="preserve"> Google Analytics/Search Console</w:t>
      </w:r>
    </w:p>
    <w:p w14:paraId="322BF9E7" w14:textId="77777777" w:rsidR="002347B7" w:rsidRDefault="00257932">
      <w:r>
        <w:lastRenderedPageBreak/>
        <w:t>☐</w:t>
      </w:r>
      <w:r>
        <w:t xml:space="preserve"> Social media accounts</w:t>
      </w:r>
    </w:p>
    <w:p w14:paraId="5C1EF0E0" w14:textId="77777777" w:rsidR="002347B7" w:rsidRDefault="00257932">
      <w:r>
        <w:t>☐</w:t>
      </w:r>
      <w:r>
        <w:t xml:space="preserve"> Payment provider (Stripe/PayPal)</w:t>
      </w:r>
    </w:p>
    <w:p w14:paraId="2A0BB90A" w14:textId="77777777" w:rsidR="002347B7" w:rsidRDefault="00257932">
      <w:r>
        <w:t>☐</w:t>
      </w:r>
      <w:r>
        <w:t xml:space="preserve"> Other: __________________________</w:t>
      </w:r>
    </w:p>
    <w:p w14:paraId="1EC66B2F" w14:textId="77777777" w:rsidR="002347B7" w:rsidRDefault="002347B7"/>
    <w:p w14:paraId="3D0AA68B" w14:textId="77777777" w:rsidR="002347B7" w:rsidRDefault="00257932">
      <w:r>
        <w:t xml:space="preserve">Please share logins/access securely (do not email </w:t>
      </w:r>
      <w:r>
        <w:t>passwords). Preferred method: [ ]</w:t>
      </w:r>
    </w:p>
    <w:p w14:paraId="5CA3EC60" w14:textId="77777777" w:rsidR="002347B7" w:rsidRDefault="002347B7"/>
    <w:p w14:paraId="17AFFC77" w14:textId="77777777" w:rsidR="002347B7" w:rsidRDefault="00257932">
      <w:r>
        <w:rPr>
          <w:b/>
          <w:sz w:val="24"/>
        </w:rPr>
        <w:t>7) TIMELINE, BUDGET &amp;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2347B7" w14:paraId="7EA8B94F" w14:textId="77777777">
        <w:tc>
          <w:tcPr>
            <w:tcW w:w="4320" w:type="dxa"/>
          </w:tcPr>
          <w:p w14:paraId="55750FAF" w14:textId="77777777" w:rsidR="002347B7" w:rsidRDefault="00257932">
            <w:r>
              <w:t>Preferred start date</w:t>
            </w:r>
          </w:p>
        </w:tc>
        <w:tc>
          <w:tcPr>
            <w:tcW w:w="4320" w:type="dxa"/>
          </w:tcPr>
          <w:p w14:paraId="06E79E18" w14:textId="77777777" w:rsidR="002347B7" w:rsidRDefault="00257932">
            <w:r>
              <w:t>[ ]</w:t>
            </w:r>
          </w:p>
        </w:tc>
      </w:tr>
      <w:tr w:rsidR="002347B7" w14:paraId="0B3A69B7" w14:textId="77777777">
        <w:tc>
          <w:tcPr>
            <w:tcW w:w="4320" w:type="dxa"/>
          </w:tcPr>
          <w:p w14:paraId="29DA0D8D" w14:textId="77777777" w:rsidR="002347B7" w:rsidRDefault="00257932">
            <w:r>
              <w:t>Deadline / launch date</w:t>
            </w:r>
          </w:p>
        </w:tc>
        <w:tc>
          <w:tcPr>
            <w:tcW w:w="4320" w:type="dxa"/>
          </w:tcPr>
          <w:p w14:paraId="2D46ABD2" w14:textId="77777777" w:rsidR="002347B7" w:rsidRDefault="00257932">
            <w:r>
              <w:t>[ ]</w:t>
            </w:r>
          </w:p>
        </w:tc>
      </w:tr>
      <w:tr w:rsidR="002347B7" w14:paraId="3A63352C" w14:textId="77777777">
        <w:tc>
          <w:tcPr>
            <w:tcW w:w="4320" w:type="dxa"/>
          </w:tcPr>
          <w:p w14:paraId="5AF63D76" w14:textId="77777777" w:rsidR="002347B7" w:rsidRDefault="00257932">
            <w:r>
              <w:t>Budget range (optional)</w:t>
            </w:r>
          </w:p>
        </w:tc>
        <w:tc>
          <w:tcPr>
            <w:tcW w:w="4320" w:type="dxa"/>
          </w:tcPr>
          <w:p w14:paraId="33A0C99C" w14:textId="77777777" w:rsidR="002347B7" w:rsidRDefault="00257932">
            <w:r>
              <w:t>£[ ]</w:t>
            </w:r>
          </w:p>
        </w:tc>
      </w:tr>
      <w:tr w:rsidR="002347B7" w14:paraId="3991952D" w14:textId="77777777">
        <w:tc>
          <w:tcPr>
            <w:tcW w:w="4320" w:type="dxa"/>
          </w:tcPr>
          <w:p w14:paraId="0AFBA81D" w14:textId="77777777" w:rsidR="002347B7" w:rsidRDefault="00257932">
            <w:r>
              <w:t>Decision maker / approver</w:t>
            </w:r>
          </w:p>
        </w:tc>
        <w:tc>
          <w:tcPr>
            <w:tcW w:w="4320" w:type="dxa"/>
          </w:tcPr>
          <w:p w14:paraId="736D0CD1" w14:textId="77777777" w:rsidR="002347B7" w:rsidRDefault="00257932">
            <w:r>
              <w:t>[Name + role]</w:t>
            </w:r>
          </w:p>
        </w:tc>
      </w:tr>
      <w:tr w:rsidR="002347B7" w14:paraId="698AEA81" w14:textId="77777777">
        <w:tc>
          <w:tcPr>
            <w:tcW w:w="4320" w:type="dxa"/>
          </w:tcPr>
          <w:p w14:paraId="2114C4E1" w14:textId="77777777" w:rsidR="002347B7" w:rsidRDefault="00257932">
            <w:r>
              <w:t>Feedback turnaround time</w:t>
            </w:r>
          </w:p>
        </w:tc>
        <w:tc>
          <w:tcPr>
            <w:tcW w:w="4320" w:type="dxa"/>
          </w:tcPr>
          <w:p w14:paraId="34D1A3EF" w14:textId="77777777" w:rsidR="002347B7" w:rsidRDefault="00257932">
            <w:r>
              <w:t>[e.g., within 48 hours / 3 working days</w:t>
            </w:r>
            <w:r>
              <w:t>]</w:t>
            </w:r>
          </w:p>
        </w:tc>
      </w:tr>
      <w:tr w:rsidR="002347B7" w14:paraId="627B6BD8" w14:textId="77777777">
        <w:tc>
          <w:tcPr>
            <w:tcW w:w="4320" w:type="dxa"/>
          </w:tcPr>
          <w:p w14:paraId="1153392C" w14:textId="77777777" w:rsidR="002347B7" w:rsidRDefault="00257932">
            <w:r>
              <w:t>Communication channel</w:t>
            </w:r>
          </w:p>
        </w:tc>
        <w:tc>
          <w:tcPr>
            <w:tcW w:w="4320" w:type="dxa"/>
          </w:tcPr>
          <w:p w14:paraId="40C50C73" w14:textId="77777777" w:rsidR="002347B7" w:rsidRDefault="00257932">
            <w:r>
              <w:t>☐</w:t>
            </w:r>
            <w:r>
              <w:t xml:space="preserve"> Email ☐ WhatsApp ☐ Slack ☐ Teams ☐ Other: [ ]</w:t>
            </w:r>
          </w:p>
        </w:tc>
      </w:tr>
    </w:tbl>
    <w:p w14:paraId="33E53608" w14:textId="77777777" w:rsidR="002347B7" w:rsidRDefault="002347B7"/>
    <w:p w14:paraId="7B568E58" w14:textId="77777777" w:rsidR="002347B7" w:rsidRDefault="00257932">
      <w:r>
        <w:rPr>
          <w:b/>
          <w:sz w:val="24"/>
        </w:rPr>
        <w:t>8) LEGAL / COMPLIANCE (IF RELEVANT)</w:t>
      </w:r>
    </w:p>
    <w:p w14:paraId="429FC413" w14:textId="77777777" w:rsidR="002347B7" w:rsidRDefault="00257932">
      <w:r>
        <w:t>Does the project involve personal data collection? ☐ Yes ☐ No ☐ Not sure</w:t>
      </w:r>
    </w:p>
    <w:p w14:paraId="0631DB5B" w14:textId="77777777" w:rsidR="002347B7" w:rsidRDefault="00257932">
      <w:r>
        <w:t xml:space="preserve">Do you need: ☐ Privacy Policy ☐ Terms &amp; Conditions ☐ Cookie Notice ☐ </w:t>
      </w:r>
      <w:r>
        <w:t>Not sure</w:t>
      </w:r>
    </w:p>
    <w:p w14:paraId="41B8EC5A" w14:textId="77777777" w:rsidR="002347B7" w:rsidRDefault="00257932">
      <w:r>
        <w:t>Any industry-specific requirements (e.g., NHS, finance, childcare)?</w:t>
      </w:r>
    </w:p>
    <w:p w14:paraId="6E501EAC" w14:textId="77777777" w:rsidR="002347B7" w:rsidRDefault="00257932">
      <w:r>
        <w:t>____________________________________________________________</w:t>
      </w:r>
    </w:p>
    <w:p w14:paraId="12B58E7E" w14:textId="77777777" w:rsidR="002347B7" w:rsidRDefault="002347B7"/>
    <w:p w14:paraId="5A2841BA" w14:textId="77777777" w:rsidR="002347B7" w:rsidRDefault="00257932">
      <w:r>
        <w:rPr>
          <w:b/>
          <w:sz w:val="24"/>
        </w:rPr>
        <w:t>9) CONFIRMATION</w:t>
      </w:r>
    </w:p>
    <w:p w14:paraId="556E6120" w14:textId="77777777" w:rsidR="002347B7" w:rsidRDefault="00257932">
      <w:r>
        <w:t>I confirm the information provided is accurate to the best of my knowledge.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2347B7" w14:paraId="51A56743" w14:textId="77777777">
        <w:tc>
          <w:tcPr>
            <w:tcW w:w="2880" w:type="dxa"/>
          </w:tcPr>
          <w:p w14:paraId="0690D954" w14:textId="77777777" w:rsidR="002347B7" w:rsidRDefault="00257932">
            <w:r>
              <w:t>Name</w:t>
            </w:r>
          </w:p>
        </w:tc>
        <w:tc>
          <w:tcPr>
            <w:tcW w:w="2880" w:type="dxa"/>
          </w:tcPr>
          <w:p w14:paraId="7DEE10AD" w14:textId="77777777" w:rsidR="002347B7" w:rsidRDefault="00257932">
            <w:r>
              <w:t>Signature</w:t>
            </w:r>
          </w:p>
        </w:tc>
        <w:tc>
          <w:tcPr>
            <w:tcW w:w="2880" w:type="dxa"/>
          </w:tcPr>
          <w:p w14:paraId="3102C0A6" w14:textId="77777777" w:rsidR="002347B7" w:rsidRDefault="00257932">
            <w:r>
              <w:t>Date</w:t>
            </w:r>
          </w:p>
        </w:tc>
      </w:tr>
      <w:tr w:rsidR="002347B7" w14:paraId="255DE8EB" w14:textId="77777777">
        <w:tc>
          <w:tcPr>
            <w:tcW w:w="2880" w:type="dxa"/>
          </w:tcPr>
          <w:p w14:paraId="51774FB4" w14:textId="77777777" w:rsidR="002347B7" w:rsidRDefault="00257932">
            <w:r>
              <w:t>__________________________</w:t>
            </w:r>
          </w:p>
        </w:tc>
        <w:tc>
          <w:tcPr>
            <w:tcW w:w="2880" w:type="dxa"/>
          </w:tcPr>
          <w:p w14:paraId="6939887A" w14:textId="77777777" w:rsidR="002347B7" w:rsidRDefault="00257932">
            <w:r>
              <w:t>__________________________</w:t>
            </w:r>
          </w:p>
        </w:tc>
        <w:tc>
          <w:tcPr>
            <w:tcW w:w="2880" w:type="dxa"/>
          </w:tcPr>
          <w:p w14:paraId="5F359339" w14:textId="77777777" w:rsidR="002347B7" w:rsidRDefault="00257932">
            <w:r>
              <w:t>____ / ____ / ______</w:t>
            </w:r>
          </w:p>
        </w:tc>
      </w:tr>
    </w:tbl>
    <w:p w14:paraId="1EBD58D6" w14:textId="77777777" w:rsidR="00257932" w:rsidRDefault="00257932"/>
    <w:sectPr w:rsidR="0025793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6343956">
    <w:abstractNumId w:val="8"/>
  </w:num>
  <w:num w:numId="2" w16cid:durableId="1674068215">
    <w:abstractNumId w:val="6"/>
  </w:num>
  <w:num w:numId="3" w16cid:durableId="542643732">
    <w:abstractNumId w:val="5"/>
  </w:num>
  <w:num w:numId="4" w16cid:durableId="966394145">
    <w:abstractNumId w:val="4"/>
  </w:num>
  <w:num w:numId="5" w16cid:durableId="281033841">
    <w:abstractNumId w:val="7"/>
  </w:num>
  <w:num w:numId="6" w16cid:durableId="1437484053">
    <w:abstractNumId w:val="3"/>
  </w:num>
  <w:num w:numId="7" w16cid:durableId="1633365940">
    <w:abstractNumId w:val="2"/>
  </w:num>
  <w:num w:numId="8" w16cid:durableId="624628216">
    <w:abstractNumId w:val="1"/>
  </w:num>
  <w:num w:numId="9" w16cid:durableId="1835602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47B7"/>
    <w:rsid w:val="00257932"/>
    <w:rsid w:val="0029639D"/>
    <w:rsid w:val="00326F90"/>
    <w:rsid w:val="00AA1D8D"/>
    <w:rsid w:val="00B47730"/>
    <w:rsid w:val="00CB0664"/>
    <w:rsid w:val="00CE2A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4664D2"/>
  <w14:defaultImageDpi w14:val="300"/>
  <w15:docId w15:val="{5BE6CED5-517D-4307-8B4E-147B74A6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Afeez Oyinloye</cp:lastModifiedBy>
  <cp:revision>2</cp:revision>
  <dcterms:created xsi:type="dcterms:W3CDTF">2013-12-23T23:15:00Z</dcterms:created>
  <dcterms:modified xsi:type="dcterms:W3CDTF">2025-12-27T02:24:00Z</dcterms:modified>
  <cp:category/>
</cp:coreProperties>
</file>