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FAA7" w14:textId="77777777" w:rsidR="00F61ABE" w:rsidRDefault="00F31439">
      <w:pPr>
        <w:jc w:val="center"/>
      </w:pPr>
      <w:r>
        <w:rPr>
          <w:b/>
          <w:sz w:val="32"/>
        </w:rPr>
        <w:t>QUOTE / ESTIMATE TEMPLATE (UK)</w:t>
      </w:r>
    </w:p>
    <w:p w14:paraId="24E08FBE" w14:textId="77777777" w:rsidR="00F61ABE" w:rsidRDefault="00F61A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61ABE" w14:paraId="217B6AC5" w14:textId="77777777">
        <w:tc>
          <w:tcPr>
            <w:tcW w:w="2160" w:type="dxa"/>
          </w:tcPr>
          <w:p w14:paraId="55F732E8" w14:textId="77777777" w:rsidR="00F61ABE" w:rsidRDefault="00F31439">
            <w:r>
              <w:t>Quote number</w:t>
            </w:r>
          </w:p>
        </w:tc>
        <w:tc>
          <w:tcPr>
            <w:tcW w:w="2160" w:type="dxa"/>
          </w:tcPr>
          <w:p w14:paraId="0768C1AE" w14:textId="77777777" w:rsidR="00F61ABE" w:rsidRDefault="00F31439">
            <w:r>
              <w:t>[Q-001]</w:t>
            </w:r>
          </w:p>
        </w:tc>
        <w:tc>
          <w:tcPr>
            <w:tcW w:w="2160" w:type="dxa"/>
          </w:tcPr>
          <w:p w14:paraId="58DAEA0E" w14:textId="77777777" w:rsidR="00F61ABE" w:rsidRDefault="00F31439">
            <w:r>
              <w:t>Quote date</w:t>
            </w:r>
          </w:p>
        </w:tc>
        <w:tc>
          <w:tcPr>
            <w:tcW w:w="2160" w:type="dxa"/>
          </w:tcPr>
          <w:p w14:paraId="6151FD9D" w14:textId="77777777" w:rsidR="00F61ABE" w:rsidRDefault="00F31439">
            <w:r>
              <w:t>[DD/MM/YYYY]</w:t>
            </w:r>
          </w:p>
        </w:tc>
      </w:tr>
      <w:tr w:rsidR="00F61ABE" w14:paraId="245C954F" w14:textId="77777777">
        <w:tc>
          <w:tcPr>
            <w:tcW w:w="2160" w:type="dxa"/>
          </w:tcPr>
          <w:p w14:paraId="16BBCF47" w14:textId="77777777" w:rsidR="00F61ABE" w:rsidRDefault="00F31439">
            <w:r>
              <w:t>Valid until</w:t>
            </w:r>
          </w:p>
        </w:tc>
        <w:tc>
          <w:tcPr>
            <w:tcW w:w="2160" w:type="dxa"/>
          </w:tcPr>
          <w:p w14:paraId="3E0B83C0" w14:textId="77777777" w:rsidR="00F61ABE" w:rsidRDefault="00F31439">
            <w:r>
              <w:t>[DD/MM/YYYY]</w:t>
            </w:r>
          </w:p>
        </w:tc>
        <w:tc>
          <w:tcPr>
            <w:tcW w:w="2160" w:type="dxa"/>
          </w:tcPr>
          <w:p w14:paraId="5ACA35FD" w14:textId="77777777" w:rsidR="00F61ABE" w:rsidRDefault="00F31439">
            <w:r>
              <w:t>Currency</w:t>
            </w:r>
          </w:p>
        </w:tc>
        <w:tc>
          <w:tcPr>
            <w:tcW w:w="2160" w:type="dxa"/>
          </w:tcPr>
          <w:p w14:paraId="1A861191" w14:textId="77777777" w:rsidR="00F61ABE" w:rsidRDefault="00F31439">
            <w:r>
              <w:t>GBP (£)</w:t>
            </w:r>
          </w:p>
        </w:tc>
      </w:tr>
      <w:tr w:rsidR="00F61ABE" w14:paraId="5561D968" w14:textId="77777777">
        <w:tc>
          <w:tcPr>
            <w:tcW w:w="2160" w:type="dxa"/>
          </w:tcPr>
          <w:p w14:paraId="0ED8C2EE" w14:textId="77777777" w:rsidR="00F61ABE" w:rsidRDefault="00F31439">
            <w:r>
              <w:t>Project/Service</w:t>
            </w:r>
          </w:p>
        </w:tc>
        <w:tc>
          <w:tcPr>
            <w:tcW w:w="2160" w:type="dxa"/>
          </w:tcPr>
          <w:p w14:paraId="2CBAE606" w14:textId="77777777" w:rsidR="00F61ABE" w:rsidRDefault="00F31439">
            <w:r>
              <w:t>[Project Name / Service Description]</w:t>
            </w:r>
          </w:p>
        </w:tc>
        <w:tc>
          <w:tcPr>
            <w:tcW w:w="2160" w:type="dxa"/>
          </w:tcPr>
          <w:p w14:paraId="19174B8C" w14:textId="77777777" w:rsidR="00F61ABE" w:rsidRDefault="00F31439">
            <w:r>
              <w:t>Reference (optional)</w:t>
            </w:r>
          </w:p>
        </w:tc>
        <w:tc>
          <w:tcPr>
            <w:tcW w:w="2160" w:type="dxa"/>
          </w:tcPr>
          <w:p w14:paraId="2DBA0BC2" w14:textId="77777777" w:rsidR="00F61ABE" w:rsidRDefault="00F31439">
            <w:r>
              <w:t>[Reference]</w:t>
            </w:r>
          </w:p>
        </w:tc>
      </w:tr>
    </w:tbl>
    <w:p w14:paraId="25DE5302" w14:textId="77777777" w:rsidR="00F61ABE" w:rsidRDefault="00F61A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61ABE" w14:paraId="3569F1A3" w14:textId="77777777">
        <w:tc>
          <w:tcPr>
            <w:tcW w:w="4320" w:type="dxa"/>
          </w:tcPr>
          <w:p w14:paraId="5D23409A" w14:textId="77777777" w:rsidR="00F61ABE" w:rsidRDefault="00F31439">
            <w:r>
              <w:t>From (Supplier)</w:t>
            </w:r>
          </w:p>
        </w:tc>
        <w:tc>
          <w:tcPr>
            <w:tcW w:w="4320" w:type="dxa"/>
          </w:tcPr>
          <w:p w14:paraId="2C723BB9" w14:textId="77777777" w:rsidR="00F61ABE" w:rsidRDefault="00F31439">
            <w:r>
              <w:t>Prepared for (Client)</w:t>
            </w:r>
          </w:p>
        </w:tc>
      </w:tr>
      <w:tr w:rsidR="00F61ABE" w14:paraId="2074096E" w14:textId="77777777">
        <w:tc>
          <w:tcPr>
            <w:tcW w:w="4320" w:type="dxa"/>
          </w:tcPr>
          <w:p w14:paraId="3C67D45B" w14:textId="77777777" w:rsidR="00F61ABE" w:rsidRDefault="00F31439">
            <w:r>
              <w:t>Business name: [Your Business Name]</w:t>
            </w:r>
            <w:r>
              <w:br/>
              <w:t>Name: [Your Name]</w:t>
            </w:r>
            <w:r>
              <w:br/>
              <w:t>Address: [Your Address]</w:t>
            </w:r>
            <w:r>
              <w:br/>
              <w:t>Email: [Email] | Phone: [Phone]</w:t>
            </w:r>
            <w:r>
              <w:br/>
              <w:t>Website: [Website] (optional)</w:t>
            </w:r>
            <w:r>
              <w:br/>
              <w:t>Company reg: [If applicable]</w:t>
            </w:r>
            <w:r>
              <w:br/>
              <w:t>VAT number: [If applicable]</w:t>
            </w:r>
          </w:p>
        </w:tc>
        <w:tc>
          <w:tcPr>
            <w:tcW w:w="4320" w:type="dxa"/>
          </w:tcPr>
          <w:p w14:paraId="764A6E3D" w14:textId="77777777" w:rsidR="00F61ABE" w:rsidRDefault="00F31439">
            <w:r>
              <w:t>Client name/company: [Client Name]</w:t>
            </w:r>
            <w:r>
              <w:br/>
              <w:t>Address: [Client Address</w:t>
            </w:r>
            <w:r>
              <w:t>]</w:t>
            </w:r>
            <w:r>
              <w:br/>
              <w:t>Email: [Client Email] (optional)</w:t>
            </w:r>
            <w:r>
              <w:br/>
              <w:t>Attention (optional): [Contact person]</w:t>
            </w:r>
          </w:p>
        </w:tc>
      </w:tr>
    </w:tbl>
    <w:p w14:paraId="1E9A90C3" w14:textId="77777777" w:rsidR="00F61ABE" w:rsidRDefault="00F61ABE"/>
    <w:p w14:paraId="2AB04D7A" w14:textId="77777777" w:rsidR="00F61ABE" w:rsidRDefault="00F31439">
      <w:r>
        <w:rPr>
          <w:b/>
        </w:rPr>
        <w:t>SCOPE SUMMARY</w:t>
      </w:r>
    </w:p>
    <w:p w14:paraId="4899037B" w14:textId="77777777" w:rsidR="00F61ABE" w:rsidRDefault="00F31439">
      <w:r>
        <w:t>[Briefly describe what is included]</w:t>
      </w:r>
    </w:p>
    <w:p w14:paraId="31276E6F" w14:textId="77777777" w:rsidR="00F61ABE" w:rsidRDefault="00F61ABE"/>
    <w:p w14:paraId="50C46F9D" w14:textId="77777777" w:rsidR="00F61ABE" w:rsidRDefault="00F31439">
      <w:r>
        <w:rPr>
          <w:b/>
        </w:rPr>
        <w:t>PRICING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61ABE" w14:paraId="1AD4C919" w14:textId="77777777">
        <w:tc>
          <w:tcPr>
            <w:tcW w:w="1728" w:type="dxa"/>
          </w:tcPr>
          <w:p w14:paraId="1AFACB54" w14:textId="77777777" w:rsidR="00F61ABE" w:rsidRDefault="00F31439">
            <w:r>
              <w:t>Item/Service Description</w:t>
            </w:r>
          </w:p>
        </w:tc>
        <w:tc>
          <w:tcPr>
            <w:tcW w:w="1728" w:type="dxa"/>
          </w:tcPr>
          <w:p w14:paraId="22572192" w14:textId="77777777" w:rsidR="00F61ABE" w:rsidRDefault="00F31439">
            <w:r>
              <w:t>Qty</w:t>
            </w:r>
          </w:p>
        </w:tc>
        <w:tc>
          <w:tcPr>
            <w:tcW w:w="1728" w:type="dxa"/>
          </w:tcPr>
          <w:p w14:paraId="03AF9F88" w14:textId="77777777" w:rsidR="00F61ABE" w:rsidRDefault="00F31439">
            <w:r>
              <w:t>Rate (£)</w:t>
            </w:r>
          </w:p>
        </w:tc>
        <w:tc>
          <w:tcPr>
            <w:tcW w:w="1728" w:type="dxa"/>
          </w:tcPr>
          <w:p w14:paraId="0387CE72" w14:textId="77777777" w:rsidR="00F61ABE" w:rsidRDefault="00F31439">
            <w:r>
              <w:t>Line total (£)</w:t>
            </w:r>
          </w:p>
        </w:tc>
        <w:tc>
          <w:tcPr>
            <w:tcW w:w="1728" w:type="dxa"/>
          </w:tcPr>
          <w:p w14:paraId="0C079B12" w14:textId="77777777" w:rsidR="00F61ABE" w:rsidRDefault="00F31439">
            <w:r>
              <w:t>Notes (optional)</w:t>
            </w:r>
          </w:p>
        </w:tc>
      </w:tr>
      <w:tr w:rsidR="00F61ABE" w14:paraId="35C56F3C" w14:textId="77777777">
        <w:tc>
          <w:tcPr>
            <w:tcW w:w="1728" w:type="dxa"/>
          </w:tcPr>
          <w:p w14:paraId="70338977" w14:textId="77777777" w:rsidR="00F61ABE" w:rsidRDefault="00F31439">
            <w:r>
              <w:t>[Description]</w:t>
            </w:r>
          </w:p>
        </w:tc>
        <w:tc>
          <w:tcPr>
            <w:tcW w:w="1728" w:type="dxa"/>
          </w:tcPr>
          <w:p w14:paraId="042D7BB7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5FEFDB18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0FB509BA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2F42EE87" w14:textId="77777777" w:rsidR="00F61ABE" w:rsidRDefault="00F31439">
            <w:r>
              <w:t>[ ]</w:t>
            </w:r>
          </w:p>
        </w:tc>
      </w:tr>
      <w:tr w:rsidR="00F61ABE" w14:paraId="31BCA95D" w14:textId="77777777">
        <w:tc>
          <w:tcPr>
            <w:tcW w:w="1728" w:type="dxa"/>
          </w:tcPr>
          <w:p w14:paraId="7249217E" w14:textId="77777777" w:rsidR="00F61ABE" w:rsidRDefault="00F31439">
            <w:r>
              <w:t>[Description]</w:t>
            </w:r>
          </w:p>
        </w:tc>
        <w:tc>
          <w:tcPr>
            <w:tcW w:w="1728" w:type="dxa"/>
          </w:tcPr>
          <w:p w14:paraId="7A96D0A9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06CFE732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70E5301E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2373EFA1" w14:textId="77777777" w:rsidR="00F61ABE" w:rsidRDefault="00F31439">
            <w:r>
              <w:t>[ ]</w:t>
            </w:r>
          </w:p>
        </w:tc>
      </w:tr>
      <w:tr w:rsidR="00F61ABE" w14:paraId="43D30B76" w14:textId="77777777">
        <w:tc>
          <w:tcPr>
            <w:tcW w:w="1728" w:type="dxa"/>
          </w:tcPr>
          <w:p w14:paraId="2DBA1F44" w14:textId="77777777" w:rsidR="00F61ABE" w:rsidRDefault="00F31439">
            <w:r>
              <w:t>[Description]</w:t>
            </w:r>
          </w:p>
        </w:tc>
        <w:tc>
          <w:tcPr>
            <w:tcW w:w="1728" w:type="dxa"/>
          </w:tcPr>
          <w:p w14:paraId="584E3C4F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4C6C7CEA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7900EB28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334A48AE" w14:textId="77777777" w:rsidR="00F61ABE" w:rsidRDefault="00F31439">
            <w:r>
              <w:t>[ ]</w:t>
            </w:r>
          </w:p>
        </w:tc>
      </w:tr>
      <w:tr w:rsidR="00F61ABE" w14:paraId="0DEB92E6" w14:textId="77777777">
        <w:tc>
          <w:tcPr>
            <w:tcW w:w="1728" w:type="dxa"/>
          </w:tcPr>
          <w:p w14:paraId="126B75F4" w14:textId="77777777" w:rsidR="00F61ABE" w:rsidRDefault="00F31439">
            <w:r>
              <w:t>[Description]</w:t>
            </w:r>
          </w:p>
        </w:tc>
        <w:tc>
          <w:tcPr>
            <w:tcW w:w="1728" w:type="dxa"/>
          </w:tcPr>
          <w:p w14:paraId="3F98BB14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614DB2E6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7CD50A14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13F08A05" w14:textId="77777777" w:rsidR="00F61ABE" w:rsidRDefault="00F31439">
            <w:r>
              <w:t>[ ]</w:t>
            </w:r>
          </w:p>
        </w:tc>
      </w:tr>
      <w:tr w:rsidR="00F61ABE" w14:paraId="628087A0" w14:textId="77777777">
        <w:tc>
          <w:tcPr>
            <w:tcW w:w="1728" w:type="dxa"/>
          </w:tcPr>
          <w:p w14:paraId="216F340F" w14:textId="77777777" w:rsidR="00F61ABE" w:rsidRDefault="00F31439">
            <w:r>
              <w:t>[Description]</w:t>
            </w:r>
          </w:p>
        </w:tc>
        <w:tc>
          <w:tcPr>
            <w:tcW w:w="1728" w:type="dxa"/>
          </w:tcPr>
          <w:p w14:paraId="422CE742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4FB0B793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497F721F" w14:textId="77777777" w:rsidR="00F61ABE" w:rsidRDefault="00F31439">
            <w:r>
              <w:t>[ ]</w:t>
            </w:r>
          </w:p>
        </w:tc>
        <w:tc>
          <w:tcPr>
            <w:tcW w:w="1728" w:type="dxa"/>
          </w:tcPr>
          <w:p w14:paraId="3949E26F" w14:textId="77777777" w:rsidR="00F61ABE" w:rsidRDefault="00F31439">
            <w:r>
              <w:t>[ ]</w:t>
            </w:r>
          </w:p>
        </w:tc>
      </w:tr>
      <w:tr w:rsidR="00F61ABE" w14:paraId="7DCE4453" w14:textId="77777777">
        <w:tc>
          <w:tcPr>
            <w:tcW w:w="1728" w:type="dxa"/>
          </w:tcPr>
          <w:p w14:paraId="77DFF404" w14:textId="77777777" w:rsidR="00F61ABE" w:rsidRDefault="00F31439">
            <w:r>
              <w:t>(Add/remove rows as needed)</w:t>
            </w:r>
          </w:p>
        </w:tc>
        <w:tc>
          <w:tcPr>
            <w:tcW w:w="1728" w:type="dxa"/>
          </w:tcPr>
          <w:p w14:paraId="65A1370F" w14:textId="77777777" w:rsidR="00F61ABE" w:rsidRDefault="00F61ABE"/>
        </w:tc>
        <w:tc>
          <w:tcPr>
            <w:tcW w:w="1728" w:type="dxa"/>
          </w:tcPr>
          <w:p w14:paraId="74CA3328" w14:textId="77777777" w:rsidR="00F61ABE" w:rsidRDefault="00F61ABE"/>
        </w:tc>
        <w:tc>
          <w:tcPr>
            <w:tcW w:w="1728" w:type="dxa"/>
          </w:tcPr>
          <w:p w14:paraId="0C197747" w14:textId="77777777" w:rsidR="00F61ABE" w:rsidRDefault="00F61ABE"/>
        </w:tc>
        <w:tc>
          <w:tcPr>
            <w:tcW w:w="1728" w:type="dxa"/>
          </w:tcPr>
          <w:p w14:paraId="48018814" w14:textId="77777777" w:rsidR="00F61ABE" w:rsidRDefault="00F61ABE"/>
        </w:tc>
      </w:tr>
    </w:tbl>
    <w:p w14:paraId="6D2014EB" w14:textId="77777777" w:rsidR="00F61ABE" w:rsidRDefault="00F61A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61ABE" w14:paraId="1616C960" w14:textId="77777777">
        <w:tc>
          <w:tcPr>
            <w:tcW w:w="4320" w:type="dxa"/>
          </w:tcPr>
          <w:p w14:paraId="02CF6373" w14:textId="77777777" w:rsidR="00F61ABE" w:rsidRDefault="00F31439">
            <w:r>
              <w:t>Subtotal</w:t>
            </w:r>
          </w:p>
        </w:tc>
        <w:tc>
          <w:tcPr>
            <w:tcW w:w="4320" w:type="dxa"/>
          </w:tcPr>
          <w:p w14:paraId="6926F1CA" w14:textId="77777777" w:rsidR="00F61ABE" w:rsidRDefault="00F31439">
            <w:r>
              <w:t>£[ ]</w:t>
            </w:r>
          </w:p>
        </w:tc>
      </w:tr>
      <w:tr w:rsidR="00F61ABE" w14:paraId="5B8CFC06" w14:textId="77777777">
        <w:tc>
          <w:tcPr>
            <w:tcW w:w="4320" w:type="dxa"/>
          </w:tcPr>
          <w:p w14:paraId="03381D14" w14:textId="77777777" w:rsidR="00F61ABE" w:rsidRDefault="00F31439">
            <w:r>
              <w:t>Discount (optional)</w:t>
            </w:r>
          </w:p>
        </w:tc>
        <w:tc>
          <w:tcPr>
            <w:tcW w:w="4320" w:type="dxa"/>
          </w:tcPr>
          <w:p w14:paraId="1AC03A65" w14:textId="77777777" w:rsidR="00F61ABE" w:rsidRDefault="00F31439">
            <w:r>
              <w:t>-£[ ]</w:t>
            </w:r>
          </w:p>
        </w:tc>
      </w:tr>
      <w:tr w:rsidR="00F61ABE" w14:paraId="3D305E9B" w14:textId="77777777">
        <w:tc>
          <w:tcPr>
            <w:tcW w:w="4320" w:type="dxa"/>
          </w:tcPr>
          <w:p w14:paraId="4AAD6006" w14:textId="77777777" w:rsidR="00F61ABE" w:rsidRDefault="00F31439">
            <w:r>
              <w:t>VAT (if applicable)</w:t>
            </w:r>
          </w:p>
        </w:tc>
        <w:tc>
          <w:tcPr>
            <w:tcW w:w="4320" w:type="dxa"/>
          </w:tcPr>
          <w:p w14:paraId="7849AAF5" w14:textId="77777777" w:rsidR="00F61ABE" w:rsidRDefault="00F31439">
            <w:r>
              <w:t>£[ ]</w:t>
            </w:r>
          </w:p>
        </w:tc>
      </w:tr>
      <w:tr w:rsidR="00F61ABE" w14:paraId="36ACC9A7" w14:textId="77777777">
        <w:tc>
          <w:tcPr>
            <w:tcW w:w="4320" w:type="dxa"/>
          </w:tcPr>
          <w:p w14:paraId="03AA45D7" w14:textId="77777777" w:rsidR="00F61ABE" w:rsidRDefault="00F31439">
            <w:r>
              <w:t>TOTAL</w:t>
            </w:r>
          </w:p>
        </w:tc>
        <w:tc>
          <w:tcPr>
            <w:tcW w:w="4320" w:type="dxa"/>
          </w:tcPr>
          <w:p w14:paraId="3646014D" w14:textId="77777777" w:rsidR="00F61ABE" w:rsidRDefault="00F31439">
            <w:r>
              <w:t>£[ ]</w:t>
            </w:r>
          </w:p>
        </w:tc>
      </w:tr>
    </w:tbl>
    <w:p w14:paraId="1DC0EDFA" w14:textId="77777777" w:rsidR="00F61ABE" w:rsidRDefault="00F61ABE"/>
    <w:p w14:paraId="0D764F4A" w14:textId="77777777" w:rsidR="00F61ABE" w:rsidRDefault="00F31439">
      <w:r>
        <w:rPr>
          <w:b/>
        </w:rPr>
        <w:t xml:space="preserve">TIMELINE </w:t>
      </w:r>
      <w:r>
        <w:rPr>
          <w:b/>
        </w:rPr>
        <w:t>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61ABE" w14:paraId="15660C88" w14:textId="77777777">
        <w:tc>
          <w:tcPr>
            <w:tcW w:w="4320" w:type="dxa"/>
          </w:tcPr>
          <w:p w14:paraId="0ECC7798" w14:textId="77777777" w:rsidR="00F61ABE" w:rsidRDefault="00F31439">
            <w:r>
              <w:t>Start date</w:t>
            </w:r>
          </w:p>
        </w:tc>
        <w:tc>
          <w:tcPr>
            <w:tcW w:w="4320" w:type="dxa"/>
          </w:tcPr>
          <w:p w14:paraId="5514AE0D" w14:textId="77777777" w:rsidR="00F61ABE" w:rsidRDefault="00F31439">
            <w:r>
              <w:t>[Date]</w:t>
            </w:r>
          </w:p>
        </w:tc>
      </w:tr>
      <w:tr w:rsidR="00F61ABE" w14:paraId="06817362" w14:textId="77777777">
        <w:tc>
          <w:tcPr>
            <w:tcW w:w="4320" w:type="dxa"/>
          </w:tcPr>
          <w:p w14:paraId="06FB6ECA" w14:textId="77777777" w:rsidR="00F61ABE" w:rsidRDefault="00F31439">
            <w:r>
              <w:t>Estimated completion</w:t>
            </w:r>
          </w:p>
        </w:tc>
        <w:tc>
          <w:tcPr>
            <w:tcW w:w="4320" w:type="dxa"/>
          </w:tcPr>
          <w:p w14:paraId="76D5E364" w14:textId="77777777" w:rsidR="00F61ABE" w:rsidRDefault="00F31439">
            <w:r>
              <w:t>[Date]</w:t>
            </w:r>
          </w:p>
        </w:tc>
      </w:tr>
    </w:tbl>
    <w:p w14:paraId="2F343A6A" w14:textId="77777777" w:rsidR="00F61ABE" w:rsidRDefault="00F61ABE"/>
    <w:p w14:paraId="01B1B6C0" w14:textId="77777777" w:rsidR="00F61ABE" w:rsidRDefault="00F31439">
      <w:r>
        <w:rPr>
          <w:b/>
        </w:rPr>
        <w:lastRenderedPageBreak/>
        <w:t>PAYMENT TERMS</w:t>
      </w:r>
    </w:p>
    <w:p w14:paraId="19BC86BF" w14:textId="77777777" w:rsidR="00F61ABE" w:rsidRDefault="00F31439">
      <w:r>
        <w:t>• Payment method: [Bank transfer / card / other]</w:t>
      </w:r>
    </w:p>
    <w:p w14:paraId="7089FA32" w14:textId="77777777" w:rsidR="00F61ABE" w:rsidRDefault="00F31439">
      <w:r>
        <w:t>• Payment schedule: [e.g., 50% upfront, 50% on completion]</w:t>
      </w:r>
    </w:p>
    <w:p w14:paraId="78503278" w14:textId="77777777" w:rsidR="00F61ABE" w:rsidRDefault="00F31439">
      <w:r>
        <w:t>• Late payment: [e.g., 7 days after due date]</w:t>
      </w:r>
    </w:p>
    <w:p w14:paraId="37AD0B6C" w14:textId="77777777" w:rsidR="00F61ABE" w:rsidRDefault="00F61ABE"/>
    <w:p w14:paraId="049C0262" w14:textId="77777777" w:rsidR="00F61ABE" w:rsidRDefault="00F31439">
      <w:r>
        <w:rPr>
          <w:b/>
        </w:rPr>
        <w:t>NOTES / ASSUMPTIONS (option</w:t>
      </w:r>
      <w:r>
        <w:rPr>
          <w:b/>
        </w:rPr>
        <w:t>al)</w:t>
      </w:r>
    </w:p>
    <w:p w14:paraId="70141C66" w14:textId="77777777" w:rsidR="00F61ABE" w:rsidRDefault="00F31439">
      <w:r>
        <w:t>• [Any assumptions]</w:t>
      </w:r>
    </w:p>
    <w:p w14:paraId="4E927B1A" w14:textId="77777777" w:rsidR="00F61ABE" w:rsidRDefault="00F31439">
      <w:r>
        <w:t>• [Exclusions]</w:t>
      </w:r>
    </w:p>
    <w:p w14:paraId="64896CA2" w14:textId="77777777" w:rsidR="00F61ABE" w:rsidRDefault="00F61ABE"/>
    <w:p w14:paraId="07197B0A" w14:textId="77777777" w:rsidR="00F61ABE" w:rsidRDefault="00F31439">
      <w:r>
        <w:rPr>
          <w:b/>
        </w:rPr>
        <w:t>ACCEPTANCE</w:t>
      </w:r>
    </w:p>
    <w:p w14:paraId="7791EF98" w14:textId="77777777" w:rsidR="00F61ABE" w:rsidRDefault="00F31439">
      <w:r>
        <w:t>To accept this quote, please reply confirming acceptance or sign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61ABE" w14:paraId="678B6DC1" w14:textId="77777777">
        <w:tc>
          <w:tcPr>
            <w:tcW w:w="2880" w:type="dxa"/>
          </w:tcPr>
          <w:p w14:paraId="34A18691" w14:textId="77777777" w:rsidR="00F61ABE" w:rsidRDefault="00F31439">
            <w:r>
              <w:t>Client name</w:t>
            </w:r>
          </w:p>
        </w:tc>
        <w:tc>
          <w:tcPr>
            <w:tcW w:w="2880" w:type="dxa"/>
          </w:tcPr>
          <w:p w14:paraId="33B43554" w14:textId="77777777" w:rsidR="00F61ABE" w:rsidRDefault="00F31439">
            <w:r>
              <w:t>Signature</w:t>
            </w:r>
          </w:p>
        </w:tc>
        <w:tc>
          <w:tcPr>
            <w:tcW w:w="2880" w:type="dxa"/>
          </w:tcPr>
          <w:p w14:paraId="236EAA63" w14:textId="77777777" w:rsidR="00F61ABE" w:rsidRDefault="00F31439">
            <w:r>
              <w:t>Date</w:t>
            </w:r>
          </w:p>
        </w:tc>
      </w:tr>
      <w:tr w:rsidR="00F61ABE" w14:paraId="4ECB8BD2" w14:textId="77777777">
        <w:tc>
          <w:tcPr>
            <w:tcW w:w="2880" w:type="dxa"/>
          </w:tcPr>
          <w:p w14:paraId="6AFE847D" w14:textId="77777777" w:rsidR="00F61ABE" w:rsidRDefault="00F31439">
            <w:r>
              <w:t>__________________________</w:t>
            </w:r>
          </w:p>
        </w:tc>
        <w:tc>
          <w:tcPr>
            <w:tcW w:w="2880" w:type="dxa"/>
          </w:tcPr>
          <w:p w14:paraId="412DA785" w14:textId="77777777" w:rsidR="00F61ABE" w:rsidRDefault="00F31439">
            <w:r>
              <w:t>__________________________</w:t>
            </w:r>
          </w:p>
        </w:tc>
        <w:tc>
          <w:tcPr>
            <w:tcW w:w="2880" w:type="dxa"/>
          </w:tcPr>
          <w:p w14:paraId="0F8079C1" w14:textId="77777777" w:rsidR="00F61ABE" w:rsidRDefault="00F31439">
            <w:r>
              <w:t>____ / ____ / ______</w:t>
            </w:r>
          </w:p>
        </w:tc>
      </w:tr>
    </w:tbl>
    <w:p w14:paraId="71BFE5A8" w14:textId="77777777" w:rsidR="00F31439" w:rsidRDefault="00F31439"/>
    <w:sectPr w:rsidR="00F31439" w:rsidSect="00BA3939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6349824">
    <w:abstractNumId w:val="8"/>
  </w:num>
  <w:num w:numId="2" w16cid:durableId="1803380737">
    <w:abstractNumId w:val="6"/>
  </w:num>
  <w:num w:numId="3" w16cid:durableId="2070497136">
    <w:abstractNumId w:val="5"/>
  </w:num>
  <w:num w:numId="4" w16cid:durableId="625624338">
    <w:abstractNumId w:val="4"/>
  </w:num>
  <w:num w:numId="5" w16cid:durableId="1177695985">
    <w:abstractNumId w:val="7"/>
  </w:num>
  <w:num w:numId="6" w16cid:durableId="1636106571">
    <w:abstractNumId w:val="3"/>
  </w:num>
  <w:num w:numId="7" w16cid:durableId="1477336692">
    <w:abstractNumId w:val="2"/>
  </w:num>
  <w:num w:numId="8" w16cid:durableId="1542552527">
    <w:abstractNumId w:val="1"/>
  </w:num>
  <w:num w:numId="9" w16cid:durableId="6765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A3939"/>
    <w:rsid w:val="00CB0664"/>
    <w:rsid w:val="00F31439"/>
    <w:rsid w:val="00F61A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D172D3"/>
  <w14:defaultImageDpi w14:val="300"/>
  <w15:docId w15:val="{9DDF4D4A-D733-4E32-9829-5442E583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Afeez Oyinloye</cp:lastModifiedBy>
  <cp:revision>2</cp:revision>
  <dcterms:created xsi:type="dcterms:W3CDTF">2013-12-23T23:15:00Z</dcterms:created>
  <dcterms:modified xsi:type="dcterms:W3CDTF">2025-12-27T00:01:00Z</dcterms:modified>
  <cp:category/>
</cp:coreProperties>
</file>