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25A" w14:textId="77777777" w:rsidR="00816180" w:rsidRDefault="00E708B8">
      <w:pPr>
        <w:jc w:val="center"/>
      </w:pPr>
      <w:r>
        <w:rPr>
          <w:b/>
          <w:sz w:val="32"/>
        </w:rPr>
        <w:t>VOLUNTEER APPLICATION FORM (UK)</w:t>
      </w:r>
    </w:p>
    <w:p w14:paraId="6358FED3" w14:textId="77777777" w:rsidR="00816180" w:rsidRDefault="008161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16180" w14:paraId="4EF2F788" w14:textId="77777777">
        <w:tc>
          <w:tcPr>
            <w:tcW w:w="4320" w:type="dxa"/>
          </w:tcPr>
          <w:p w14:paraId="6834CF20" w14:textId="77777777" w:rsidR="00816180" w:rsidRDefault="00E708B8">
            <w:r>
              <w:t>Organisation name</w:t>
            </w:r>
          </w:p>
        </w:tc>
        <w:tc>
          <w:tcPr>
            <w:tcW w:w="4320" w:type="dxa"/>
          </w:tcPr>
          <w:p w14:paraId="4CFADCBC" w14:textId="77777777" w:rsidR="00816180" w:rsidRDefault="00E708B8">
            <w:r>
              <w:t>[Organisation Name]</w:t>
            </w:r>
          </w:p>
        </w:tc>
      </w:tr>
      <w:tr w:rsidR="00816180" w14:paraId="5266DCE2" w14:textId="77777777">
        <w:tc>
          <w:tcPr>
            <w:tcW w:w="4320" w:type="dxa"/>
          </w:tcPr>
          <w:p w14:paraId="5A0EF113" w14:textId="77777777" w:rsidR="00816180" w:rsidRDefault="00E708B8">
            <w:r>
              <w:t>Role applied for</w:t>
            </w:r>
          </w:p>
        </w:tc>
        <w:tc>
          <w:tcPr>
            <w:tcW w:w="4320" w:type="dxa"/>
          </w:tcPr>
          <w:p w14:paraId="0A43497C" w14:textId="77777777" w:rsidR="00816180" w:rsidRDefault="00E708B8">
            <w:r>
              <w:t>[Volunteer Role]</w:t>
            </w:r>
          </w:p>
        </w:tc>
      </w:tr>
      <w:tr w:rsidR="00816180" w14:paraId="144E28CA" w14:textId="77777777">
        <w:tc>
          <w:tcPr>
            <w:tcW w:w="4320" w:type="dxa"/>
          </w:tcPr>
          <w:p w14:paraId="4F34A4D7" w14:textId="77777777" w:rsidR="00816180" w:rsidRDefault="00E708B8">
            <w:r>
              <w:t>Date</w:t>
            </w:r>
          </w:p>
        </w:tc>
        <w:tc>
          <w:tcPr>
            <w:tcW w:w="4320" w:type="dxa"/>
          </w:tcPr>
          <w:p w14:paraId="31A4A4AC" w14:textId="77777777" w:rsidR="00816180" w:rsidRDefault="00E708B8">
            <w:r>
              <w:t>[DD/MM/YYYY]</w:t>
            </w:r>
          </w:p>
        </w:tc>
      </w:tr>
    </w:tbl>
    <w:p w14:paraId="157F79BE" w14:textId="77777777" w:rsidR="00816180" w:rsidRDefault="00816180"/>
    <w:p w14:paraId="566E35E1" w14:textId="77777777" w:rsidR="00816180" w:rsidRDefault="00E708B8">
      <w:r>
        <w:rPr>
          <w:b/>
          <w:sz w:val="24"/>
        </w:rPr>
        <w:t>1)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16180" w14:paraId="2E151A41" w14:textId="77777777">
        <w:tc>
          <w:tcPr>
            <w:tcW w:w="4320" w:type="dxa"/>
          </w:tcPr>
          <w:p w14:paraId="5D15D9FE" w14:textId="77777777" w:rsidR="00816180" w:rsidRDefault="00E708B8">
            <w:r>
              <w:t>Full name</w:t>
            </w:r>
          </w:p>
        </w:tc>
        <w:tc>
          <w:tcPr>
            <w:tcW w:w="4320" w:type="dxa"/>
          </w:tcPr>
          <w:p w14:paraId="2A58DCA3" w14:textId="77777777" w:rsidR="00816180" w:rsidRDefault="00E708B8">
            <w:r>
              <w:t>____________________________</w:t>
            </w:r>
          </w:p>
        </w:tc>
      </w:tr>
      <w:tr w:rsidR="00816180" w14:paraId="455877E8" w14:textId="77777777">
        <w:tc>
          <w:tcPr>
            <w:tcW w:w="4320" w:type="dxa"/>
          </w:tcPr>
          <w:p w14:paraId="7A9CFC90" w14:textId="77777777" w:rsidR="00816180" w:rsidRDefault="00E708B8">
            <w:r>
              <w:t>Date of birth (optional)</w:t>
            </w:r>
          </w:p>
        </w:tc>
        <w:tc>
          <w:tcPr>
            <w:tcW w:w="4320" w:type="dxa"/>
          </w:tcPr>
          <w:p w14:paraId="73920F0E" w14:textId="77777777" w:rsidR="00816180" w:rsidRDefault="00E708B8">
            <w:r>
              <w:t>____________________________</w:t>
            </w:r>
          </w:p>
        </w:tc>
      </w:tr>
      <w:tr w:rsidR="00816180" w14:paraId="64B0FBEE" w14:textId="77777777">
        <w:tc>
          <w:tcPr>
            <w:tcW w:w="4320" w:type="dxa"/>
          </w:tcPr>
          <w:p w14:paraId="6DFCE7CE" w14:textId="77777777" w:rsidR="00816180" w:rsidRDefault="00E708B8">
            <w:r>
              <w:t>Address</w:t>
            </w:r>
          </w:p>
        </w:tc>
        <w:tc>
          <w:tcPr>
            <w:tcW w:w="4320" w:type="dxa"/>
          </w:tcPr>
          <w:p w14:paraId="1A55B297" w14:textId="77777777" w:rsidR="00816180" w:rsidRDefault="00E708B8">
            <w:r>
              <w:t>____________________________</w:t>
            </w:r>
          </w:p>
        </w:tc>
      </w:tr>
      <w:tr w:rsidR="00816180" w14:paraId="46D994D9" w14:textId="77777777">
        <w:tc>
          <w:tcPr>
            <w:tcW w:w="4320" w:type="dxa"/>
          </w:tcPr>
          <w:p w14:paraId="74BDD8B0" w14:textId="77777777" w:rsidR="00816180" w:rsidRDefault="00E708B8">
            <w:r>
              <w:t>Email</w:t>
            </w:r>
          </w:p>
        </w:tc>
        <w:tc>
          <w:tcPr>
            <w:tcW w:w="4320" w:type="dxa"/>
          </w:tcPr>
          <w:p w14:paraId="322EC21D" w14:textId="77777777" w:rsidR="00816180" w:rsidRDefault="00E708B8">
            <w:r>
              <w:t>____________________________</w:t>
            </w:r>
          </w:p>
        </w:tc>
      </w:tr>
      <w:tr w:rsidR="00816180" w14:paraId="4E9E39CE" w14:textId="77777777">
        <w:tc>
          <w:tcPr>
            <w:tcW w:w="4320" w:type="dxa"/>
          </w:tcPr>
          <w:p w14:paraId="24301928" w14:textId="77777777" w:rsidR="00816180" w:rsidRDefault="00E708B8">
            <w:r>
              <w:t>Phone</w:t>
            </w:r>
          </w:p>
        </w:tc>
        <w:tc>
          <w:tcPr>
            <w:tcW w:w="4320" w:type="dxa"/>
          </w:tcPr>
          <w:p w14:paraId="6441E294" w14:textId="77777777" w:rsidR="00816180" w:rsidRDefault="00E708B8">
            <w:r>
              <w:t>____________________________</w:t>
            </w:r>
          </w:p>
        </w:tc>
      </w:tr>
    </w:tbl>
    <w:p w14:paraId="271C7F36" w14:textId="77777777" w:rsidR="00816180" w:rsidRDefault="00816180"/>
    <w:p w14:paraId="0B48F943" w14:textId="77777777" w:rsidR="00816180" w:rsidRDefault="00E708B8">
      <w:r>
        <w:rPr>
          <w:b/>
          <w:sz w:val="24"/>
        </w:rPr>
        <w:t>2) EMERGENCY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16180" w14:paraId="51CF5048" w14:textId="77777777">
        <w:tc>
          <w:tcPr>
            <w:tcW w:w="4320" w:type="dxa"/>
          </w:tcPr>
          <w:p w14:paraId="098F2D20" w14:textId="77777777" w:rsidR="00816180" w:rsidRDefault="00E708B8">
            <w:r>
              <w:t>Name</w:t>
            </w:r>
          </w:p>
        </w:tc>
        <w:tc>
          <w:tcPr>
            <w:tcW w:w="4320" w:type="dxa"/>
          </w:tcPr>
          <w:p w14:paraId="54C2D76D" w14:textId="77777777" w:rsidR="00816180" w:rsidRDefault="00E708B8">
            <w:r>
              <w:t>____________________________</w:t>
            </w:r>
          </w:p>
        </w:tc>
      </w:tr>
      <w:tr w:rsidR="00816180" w14:paraId="7CF19F9A" w14:textId="77777777">
        <w:tc>
          <w:tcPr>
            <w:tcW w:w="4320" w:type="dxa"/>
          </w:tcPr>
          <w:p w14:paraId="1947B246" w14:textId="77777777" w:rsidR="00816180" w:rsidRDefault="00E708B8">
            <w:r>
              <w:t>Relationship</w:t>
            </w:r>
          </w:p>
        </w:tc>
        <w:tc>
          <w:tcPr>
            <w:tcW w:w="4320" w:type="dxa"/>
          </w:tcPr>
          <w:p w14:paraId="6E8EF248" w14:textId="77777777" w:rsidR="00816180" w:rsidRDefault="00E708B8">
            <w:r>
              <w:t>____________________________</w:t>
            </w:r>
          </w:p>
        </w:tc>
      </w:tr>
      <w:tr w:rsidR="00816180" w14:paraId="5E9E8CE2" w14:textId="77777777">
        <w:tc>
          <w:tcPr>
            <w:tcW w:w="4320" w:type="dxa"/>
          </w:tcPr>
          <w:p w14:paraId="5C84C311" w14:textId="77777777" w:rsidR="00816180" w:rsidRDefault="00E708B8">
            <w:r>
              <w:t>Phone</w:t>
            </w:r>
          </w:p>
        </w:tc>
        <w:tc>
          <w:tcPr>
            <w:tcW w:w="4320" w:type="dxa"/>
          </w:tcPr>
          <w:p w14:paraId="6C3C4135" w14:textId="77777777" w:rsidR="00816180" w:rsidRDefault="00E708B8">
            <w:r>
              <w:t>____________________________</w:t>
            </w:r>
          </w:p>
        </w:tc>
      </w:tr>
    </w:tbl>
    <w:p w14:paraId="038F930C" w14:textId="77777777" w:rsidR="00816180" w:rsidRDefault="00816180"/>
    <w:p w14:paraId="3608D7C7" w14:textId="77777777" w:rsidR="00816180" w:rsidRDefault="00E708B8">
      <w:r>
        <w:rPr>
          <w:b/>
          <w:sz w:val="24"/>
        </w:rPr>
        <w:t>3) AVAILABILITY</w:t>
      </w:r>
    </w:p>
    <w:p w14:paraId="0C4AAB69" w14:textId="77777777" w:rsidR="00816180" w:rsidRDefault="00E708B8">
      <w:r>
        <w:t>Days available: ☐ Mon ☐ Tue ☐ Wed ☐ Thu ☐ Fri ☐ Sat ☐ Sun</w:t>
      </w:r>
    </w:p>
    <w:p w14:paraId="279EA4E0" w14:textId="77777777" w:rsidR="00816180" w:rsidRDefault="00E708B8">
      <w:r>
        <w:t>Times available: ______________________________</w:t>
      </w:r>
    </w:p>
    <w:p w14:paraId="0C27F507" w14:textId="77777777" w:rsidR="00816180" w:rsidRDefault="00E708B8">
      <w:r>
        <w:t>Start date (optional): _</w:t>
      </w:r>
      <w:r>
        <w:t>________________________</w:t>
      </w:r>
    </w:p>
    <w:p w14:paraId="73EFC43D" w14:textId="77777777" w:rsidR="00816180" w:rsidRDefault="00E708B8">
      <w:r>
        <w:t>How often can you volunteer? ☐ Weekly ☐ Fortnightly ☐ Monthly ☐ One-off</w:t>
      </w:r>
    </w:p>
    <w:p w14:paraId="504848ED" w14:textId="77777777" w:rsidR="00816180" w:rsidRDefault="00816180"/>
    <w:p w14:paraId="0022942D" w14:textId="77777777" w:rsidR="00816180" w:rsidRDefault="00E708B8">
      <w:r>
        <w:rPr>
          <w:b/>
          <w:sz w:val="24"/>
        </w:rPr>
        <w:t>4) SKILLS &amp; EXPERIENCE</w:t>
      </w:r>
    </w:p>
    <w:p w14:paraId="499B414A" w14:textId="77777777" w:rsidR="00816180" w:rsidRDefault="00E708B8">
      <w:r>
        <w:t>Relevant skills/experience:</w:t>
      </w:r>
    </w:p>
    <w:p w14:paraId="64247D89" w14:textId="77777777" w:rsidR="00816180" w:rsidRDefault="00E708B8">
      <w:r>
        <w:t>____________________________________________________________</w:t>
      </w:r>
    </w:p>
    <w:p w14:paraId="66F0EE33" w14:textId="77777777" w:rsidR="00816180" w:rsidRDefault="00E708B8">
      <w:r>
        <w:t>____________________________________________________________</w:t>
      </w:r>
    </w:p>
    <w:p w14:paraId="43EEF6EA" w14:textId="77777777" w:rsidR="00816180" w:rsidRDefault="00E708B8">
      <w:r>
        <w:t>____________________________________________________________</w:t>
      </w:r>
    </w:p>
    <w:p w14:paraId="4183476C" w14:textId="77777777" w:rsidR="00816180" w:rsidRDefault="00E708B8">
      <w:r>
        <w:t>Any qualifications/certifications (optional):</w:t>
      </w:r>
    </w:p>
    <w:p w14:paraId="6457E0F6" w14:textId="77777777" w:rsidR="00816180" w:rsidRDefault="00E708B8">
      <w:r>
        <w:lastRenderedPageBreak/>
        <w:t>___________________________</w:t>
      </w:r>
      <w:r>
        <w:t>_________________________________</w:t>
      </w:r>
    </w:p>
    <w:p w14:paraId="1A5E1855" w14:textId="77777777" w:rsidR="00816180" w:rsidRDefault="00E708B8">
      <w:r>
        <w:t>____________________________________________________________</w:t>
      </w:r>
    </w:p>
    <w:p w14:paraId="26D83BFD" w14:textId="77777777" w:rsidR="00816180" w:rsidRDefault="00816180"/>
    <w:p w14:paraId="50821AD9" w14:textId="77777777" w:rsidR="00816180" w:rsidRDefault="00E708B8">
      <w:r>
        <w:rPr>
          <w:b/>
          <w:sz w:val="24"/>
        </w:rPr>
        <w:t>5) WHY DO YOU WANT TO VOLUNTEER?</w:t>
      </w:r>
    </w:p>
    <w:p w14:paraId="2A4CCAAE" w14:textId="77777777" w:rsidR="00816180" w:rsidRDefault="00E708B8">
      <w:r>
        <w:t>____________________________________________________________</w:t>
      </w:r>
    </w:p>
    <w:p w14:paraId="5F083280" w14:textId="77777777" w:rsidR="00816180" w:rsidRDefault="00E708B8">
      <w:r>
        <w:t>____________________________________________________________</w:t>
      </w:r>
    </w:p>
    <w:p w14:paraId="588648AB" w14:textId="77777777" w:rsidR="00816180" w:rsidRDefault="00E708B8">
      <w:r>
        <w:t>_____</w:t>
      </w:r>
      <w:r>
        <w:t>_______________________________________________________</w:t>
      </w:r>
    </w:p>
    <w:p w14:paraId="329E9EBD" w14:textId="77777777" w:rsidR="00816180" w:rsidRDefault="00816180"/>
    <w:p w14:paraId="0A3C919B" w14:textId="77777777" w:rsidR="00816180" w:rsidRDefault="00E708B8">
      <w:r>
        <w:rPr>
          <w:b/>
          <w:sz w:val="24"/>
        </w:rPr>
        <w:t>6) HEALTH / SUPPORT NEEDS (OPTIONAL)</w:t>
      </w:r>
    </w:p>
    <w:p w14:paraId="50AA8BB9" w14:textId="77777777" w:rsidR="00816180" w:rsidRDefault="00E708B8">
      <w:r>
        <w:t>Any support or adjustments needed to volunteer safely and effectively:</w:t>
      </w:r>
    </w:p>
    <w:p w14:paraId="39BF1CB0" w14:textId="77777777" w:rsidR="00816180" w:rsidRDefault="00E708B8">
      <w:r>
        <w:t>____________________________________________________________</w:t>
      </w:r>
    </w:p>
    <w:p w14:paraId="73BC55AA" w14:textId="77777777" w:rsidR="00816180" w:rsidRDefault="00E708B8">
      <w:r>
        <w:t>______________________________</w:t>
      </w:r>
      <w:r>
        <w:t>______________________________</w:t>
      </w:r>
    </w:p>
    <w:p w14:paraId="1B2F50C6" w14:textId="77777777" w:rsidR="00816180" w:rsidRDefault="00816180"/>
    <w:p w14:paraId="013A72B5" w14:textId="77777777" w:rsidR="00816180" w:rsidRDefault="00E708B8">
      <w:r>
        <w:rPr>
          <w:b/>
          <w:sz w:val="24"/>
        </w:rPr>
        <w:t>7) REFERENCES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16180" w14:paraId="2A38EB0E" w14:textId="77777777">
        <w:tc>
          <w:tcPr>
            <w:tcW w:w="2880" w:type="dxa"/>
          </w:tcPr>
          <w:p w14:paraId="3A4F34C3" w14:textId="77777777" w:rsidR="00816180" w:rsidRDefault="00E708B8">
            <w:r>
              <w:t>Reference name</w:t>
            </w:r>
          </w:p>
        </w:tc>
        <w:tc>
          <w:tcPr>
            <w:tcW w:w="2880" w:type="dxa"/>
          </w:tcPr>
          <w:p w14:paraId="0BA800B9" w14:textId="77777777" w:rsidR="00816180" w:rsidRDefault="00E708B8">
            <w:r>
              <w:t>Relationship/Organisation</w:t>
            </w:r>
          </w:p>
        </w:tc>
        <w:tc>
          <w:tcPr>
            <w:tcW w:w="2880" w:type="dxa"/>
          </w:tcPr>
          <w:p w14:paraId="47307D04" w14:textId="77777777" w:rsidR="00816180" w:rsidRDefault="00E708B8">
            <w:r>
              <w:t>Email/Phone</w:t>
            </w:r>
          </w:p>
        </w:tc>
      </w:tr>
      <w:tr w:rsidR="00816180" w14:paraId="4A08109F" w14:textId="77777777">
        <w:tc>
          <w:tcPr>
            <w:tcW w:w="2880" w:type="dxa"/>
          </w:tcPr>
          <w:p w14:paraId="649E4170" w14:textId="77777777" w:rsidR="00816180" w:rsidRDefault="00E708B8">
            <w:r>
              <w:t>[Name]</w:t>
            </w:r>
          </w:p>
        </w:tc>
        <w:tc>
          <w:tcPr>
            <w:tcW w:w="2880" w:type="dxa"/>
          </w:tcPr>
          <w:p w14:paraId="26415F39" w14:textId="77777777" w:rsidR="00816180" w:rsidRDefault="00E708B8">
            <w:r>
              <w:t>[ ]</w:t>
            </w:r>
          </w:p>
        </w:tc>
        <w:tc>
          <w:tcPr>
            <w:tcW w:w="2880" w:type="dxa"/>
          </w:tcPr>
          <w:p w14:paraId="34EED903" w14:textId="77777777" w:rsidR="00816180" w:rsidRDefault="00E708B8">
            <w:r>
              <w:t>[ ]</w:t>
            </w:r>
          </w:p>
        </w:tc>
      </w:tr>
      <w:tr w:rsidR="00816180" w14:paraId="603C6DD6" w14:textId="77777777">
        <w:tc>
          <w:tcPr>
            <w:tcW w:w="2880" w:type="dxa"/>
          </w:tcPr>
          <w:p w14:paraId="32727702" w14:textId="77777777" w:rsidR="00816180" w:rsidRDefault="00E708B8">
            <w:r>
              <w:t>[Name]</w:t>
            </w:r>
          </w:p>
        </w:tc>
        <w:tc>
          <w:tcPr>
            <w:tcW w:w="2880" w:type="dxa"/>
          </w:tcPr>
          <w:p w14:paraId="6C4C59FF" w14:textId="77777777" w:rsidR="00816180" w:rsidRDefault="00E708B8">
            <w:r>
              <w:t>[ ]</w:t>
            </w:r>
          </w:p>
        </w:tc>
        <w:tc>
          <w:tcPr>
            <w:tcW w:w="2880" w:type="dxa"/>
          </w:tcPr>
          <w:p w14:paraId="48257669" w14:textId="77777777" w:rsidR="00816180" w:rsidRDefault="00E708B8">
            <w:r>
              <w:t>[ ]</w:t>
            </w:r>
          </w:p>
        </w:tc>
      </w:tr>
    </w:tbl>
    <w:p w14:paraId="094EA6D4" w14:textId="77777777" w:rsidR="00816180" w:rsidRDefault="00816180"/>
    <w:p w14:paraId="2962BEB3" w14:textId="77777777" w:rsidR="00816180" w:rsidRDefault="00E708B8">
      <w:r>
        <w:rPr>
          <w:b/>
          <w:sz w:val="24"/>
        </w:rPr>
        <w:t>8) SAFEGUARDING (IF WORKING WITH CHILDREN/VULNERABLE ADULTS)</w:t>
      </w:r>
    </w:p>
    <w:p w14:paraId="4C3AAEE5" w14:textId="77777777" w:rsidR="00816180" w:rsidRDefault="00E708B8">
      <w:r>
        <w:t>Will this role require checks (e.g., DBS)? ☐ Yes ☐</w:t>
      </w:r>
      <w:r>
        <w:t xml:space="preserve"> No ☐ Not sure</w:t>
      </w:r>
    </w:p>
    <w:p w14:paraId="0254672E" w14:textId="77777777" w:rsidR="00816180" w:rsidRDefault="00816180"/>
    <w:p w14:paraId="7B06F6F8" w14:textId="77777777" w:rsidR="00816180" w:rsidRDefault="00E708B8">
      <w:r>
        <w:rPr>
          <w:b/>
          <w:sz w:val="24"/>
        </w:rPr>
        <w:t>9) DECLARATION</w:t>
      </w:r>
    </w:p>
    <w:p w14:paraId="553D8F31" w14:textId="77777777" w:rsidR="00816180" w:rsidRDefault="00E708B8">
      <w:r>
        <w:t>I confirm the information provided is accurate to the best of my knowledge.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16180" w14:paraId="675E142C" w14:textId="77777777">
        <w:tc>
          <w:tcPr>
            <w:tcW w:w="4320" w:type="dxa"/>
          </w:tcPr>
          <w:p w14:paraId="35AB2863" w14:textId="77777777" w:rsidR="00816180" w:rsidRDefault="00E708B8">
            <w:r>
              <w:t>Name</w:t>
            </w:r>
          </w:p>
        </w:tc>
        <w:tc>
          <w:tcPr>
            <w:tcW w:w="4320" w:type="dxa"/>
          </w:tcPr>
          <w:p w14:paraId="023932CA" w14:textId="77777777" w:rsidR="00816180" w:rsidRDefault="00E708B8">
            <w:r>
              <w:t>____________________________</w:t>
            </w:r>
          </w:p>
        </w:tc>
      </w:tr>
      <w:tr w:rsidR="00816180" w14:paraId="6E98DA73" w14:textId="77777777">
        <w:tc>
          <w:tcPr>
            <w:tcW w:w="4320" w:type="dxa"/>
          </w:tcPr>
          <w:p w14:paraId="1F38BCF2" w14:textId="77777777" w:rsidR="00816180" w:rsidRDefault="00E708B8">
            <w:r>
              <w:t>Signature / Date</w:t>
            </w:r>
          </w:p>
        </w:tc>
        <w:tc>
          <w:tcPr>
            <w:tcW w:w="4320" w:type="dxa"/>
          </w:tcPr>
          <w:p w14:paraId="5EB55C0A" w14:textId="77777777" w:rsidR="00816180" w:rsidRDefault="00E708B8">
            <w:r>
              <w:t>____________________________   ____ / ____ / ______</w:t>
            </w:r>
          </w:p>
        </w:tc>
      </w:tr>
    </w:tbl>
    <w:p w14:paraId="7901606A" w14:textId="77777777" w:rsidR="00E708B8" w:rsidRDefault="00E708B8"/>
    <w:sectPr w:rsidR="00E708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5853498">
    <w:abstractNumId w:val="8"/>
  </w:num>
  <w:num w:numId="2" w16cid:durableId="32270796">
    <w:abstractNumId w:val="6"/>
  </w:num>
  <w:num w:numId="3" w16cid:durableId="292100199">
    <w:abstractNumId w:val="5"/>
  </w:num>
  <w:num w:numId="4" w16cid:durableId="1674262401">
    <w:abstractNumId w:val="4"/>
  </w:num>
  <w:num w:numId="5" w16cid:durableId="1166746085">
    <w:abstractNumId w:val="7"/>
  </w:num>
  <w:num w:numId="6" w16cid:durableId="1733624333">
    <w:abstractNumId w:val="3"/>
  </w:num>
  <w:num w:numId="7" w16cid:durableId="1141188409">
    <w:abstractNumId w:val="2"/>
  </w:num>
  <w:num w:numId="8" w16cid:durableId="1933314435">
    <w:abstractNumId w:val="1"/>
  </w:num>
  <w:num w:numId="9" w16cid:durableId="132555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16180"/>
    <w:rsid w:val="009440E8"/>
    <w:rsid w:val="00AA1D8D"/>
    <w:rsid w:val="00B47730"/>
    <w:rsid w:val="00CB0664"/>
    <w:rsid w:val="00E708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A8178D"/>
  <w14:defaultImageDpi w14:val="300"/>
  <w15:docId w15:val="{3CDBE216-802F-42F5-BF9B-13B22FC7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Afeez Oyinloye</cp:lastModifiedBy>
  <cp:revision>2</cp:revision>
  <dcterms:created xsi:type="dcterms:W3CDTF">2013-12-23T23:15:00Z</dcterms:created>
  <dcterms:modified xsi:type="dcterms:W3CDTF">2025-12-27T03:03:00Z</dcterms:modified>
  <cp:category/>
</cp:coreProperties>
</file>