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5FED5" w14:textId="77777777" w:rsidR="00D70555" w:rsidRDefault="00D362D2">
      <w:pPr>
        <w:jc w:val="center"/>
      </w:pPr>
      <w:r>
        <w:rPr>
          <w:b/>
          <w:sz w:val="32"/>
        </w:rPr>
        <w:t>VOLUNTEER TIMESHEET (UK) – TEMPLATE</w:t>
      </w:r>
    </w:p>
    <w:p w14:paraId="68E49CB2" w14:textId="77777777" w:rsidR="00D70555" w:rsidRDefault="00D70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D70555" w14:paraId="16B62110" w14:textId="77777777">
        <w:tc>
          <w:tcPr>
            <w:tcW w:w="2160" w:type="dxa"/>
          </w:tcPr>
          <w:p w14:paraId="255C4A42" w14:textId="77777777" w:rsidR="00D70555" w:rsidRPr="00126AF3" w:rsidRDefault="00D362D2">
            <w:pPr>
              <w:rPr>
                <w:b/>
                <w:bCs/>
              </w:rPr>
            </w:pPr>
            <w:r w:rsidRPr="00126AF3">
              <w:rPr>
                <w:b/>
                <w:bCs/>
              </w:rPr>
              <w:t>Organisation</w:t>
            </w:r>
          </w:p>
        </w:tc>
        <w:tc>
          <w:tcPr>
            <w:tcW w:w="2160" w:type="dxa"/>
          </w:tcPr>
          <w:p w14:paraId="6099878A" w14:textId="77777777" w:rsidR="00D70555" w:rsidRDefault="00D362D2">
            <w:r>
              <w:t>[Organisation Name]</w:t>
            </w:r>
          </w:p>
        </w:tc>
        <w:tc>
          <w:tcPr>
            <w:tcW w:w="2160" w:type="dxa"/>
          </w:tcPr>
          <w:p w14:paraId="7CF1907F" w14:textId="77777777" w:rsidR="00D70555" w:rsidRPr="00126AF3" w:rsidRDefault="00D362D2">
            <w:pPr>
              <w:rPr>
                <w:b/>
                <w:bCs/>
              </w:rPr>
            </w:pPr>
            <w:r w:rsidRPr="00126AF3">
              <w:rPr>
                <w:b/>
                <w:bCs/>
              </w:rPr>
              <w:t>Timesheet month</w:t>
            </w:r>
          </w:p>
        </w:tc>
        <w:tc>
          <w:tcPr>
            <w:tcW w:w="2160" w:type="dxa"/>
          </w:tcPr>
          <w:p w14:paraId="5A415065" w14:textId="77777777" w:rsidR="00D70555" w:rsidRDefault="00D362D2">
            <w:r>
              <w:t>[Month YYYY]</w:t>
            </w:r>
          </w:p>
        </w:tc>
      </w:tr>
      <w:tr w:rsidR="00D70555" w14:paraId="1EFD0B47" w14:textId="77777777">
        <w:tc>
          <w:tcPr>
            <w:tcW w:w="2160" w:type="dxa"/>
          </w:tcPr>
          <w:p w14:paraId="641F2BA4" w14:textId="77777777" w:rsidR="00D70555" w:rsidRPr="00126AF3" w:rsidRDefault="00D362D2">
            <w:pPr>
              <w:rPr>
                <w:b/>
                <w:bCs/>
              </w:rPr>
            </w:pPr>
            <w:r w:rsidRPr="00126AF3">
              <w:rPr>
                <w:b/>
                <w:bCs/>
              </w:rPr>
              <w:t>Volunteer name</w:t>
            </w:r>
          </w:p>
        </w:tc>
        <w:tc>
          <w:tcPr>
            <w:tcW w:w="2160" w:type="dxa"/>
          </w:tcPr>
          <w:p w14:paraId="1ADA21B3" w14:textId="77777777" w:rsidR="00D70555" w:rsidRDefault="00D362D2">
            <w:r>
              <w:t>[Volunteer Full Name]</w:t>
            </w:r>
          </w:p>
        </w:tc>
        <w:tc>
          <w:tcPr>
            <w:tcW w:w="2160" w:type="dxa"/>
          </w:tcPr>
          <w:p w14:paraId="3D4B91D1" w14:textId="77777777" w:rsidR="00D70555" w:rsidRPr="00126AF3" w:rsidRDefault="00D362D2">
            <w:pPr>
              <w:rPr>
                <w:b/>
                <w:bCs/>
              </w:rPr>
            </w:pPr>
            <w:r w:rsidRPr="00126AF3">
              <w:rPr>
                <w:b/>
                <w:bCs/>
              </w:rPr>
              <w:t>Role</w:t>
            </w:r>
          </w:p>
        </w:tc>
        <w:tc>
          <w:tcPr>
            <w:tcW w:w="2160" w:type="dxa"/>
          </w:tcPr>
          <w:p w14:paraId="1725C4D6" w14:textId="77777777" w:rsidR="00D70555" w:rsidRDefault="00D362D2">
            <w:r>
              <w:t>[Volunteer Role Title]</w:t>
            </w:r>
          </w:p>
        </w:tc>
      </w:tr>
      <w:tr w:rsidR="00D70555" w14:paraId="75759E14" w14:textId="77777777">
        <w:tc>
          <w:tcPr>
            <w:tcW w:w="2160" w:type="dxa"/>
          </w:tcPr>
          <w:p w14:paraId="6CA66BD8" w14:textId="77777777" w:rsidR="00D70555" w:rsidRPr="00126AF3" w:rsidRDefault="00D362D2">
            <w:pPr>
              <w:rPr>
                <w:b/>
                <w:bCs/>
              </w:rPr>
            </w:pPr>
            <w:r w:rsidRPr="00126AF3">
              <w:rPr>
                <w:b/>
                <w:bCs/>
              </w:rPr>
              <w:t>Supervisor</w:t>
            </w:r>
          </w:p>
        </w:tc>
        <w:tc>
          <w:tcPr>
            <w:tcW w:w="2160" w:type="dxa"/>
          </w:tcPr>
          <w:p w14:paraId="4784417E" w14:textId="77777777" w:rsidR="00D70555" w:rsidRDefault="00D362D2">
            <w:r>
              <w:t>[Name/Role]</w:t>
            </w:r>
          </w:p>
        </w:tc>
        <w:tc>
          <w:tcPr>
            <w:tcW w:w="2160" w:type="dxa"/>
          </w:tcPr>
          <w:p w14:paraId="37D15AB6" w14:textId="77777777" w:rsidR="00D70555" w:rsidRPr="00126AF3" w:rsidRDefault="00D362D2">
            <w:pPr>
              <w:rPr>
                <w:b/>
                <w:bCs/>
              </w:rPr>
            </w:pPr>
            <w:r w:rsidRPr="00126AF3">
              <w:rPr>
                <w:b/>
                <w:bCs/>
              </w:rPr>
              <w:t>Location</w:t>
            </w:r>
          </w:p>
        </w:tc>
        <w:tc>
          <w:tcPr>
            <w:tcW w:w="2160" w:type="dxa"/>
          </w:tcPr>
          <w:p w14:paraId="7591CD15" w14:textId="77777777" w:rsidR="00D70555" w:rsidRDefault="00D362D2">
            <w:r>
              <w:t>[Address/Online]</w:t>
            </w:r>
          </w:p>
        </w:tc>
      </w:tr>
    </w:tbl>
    <w:p w14:paraId="3C3E646B" w14:textId="77777777" w:rsidR="00D70555" w:rsidRDefault="00D70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234"/>
        <w:gridCol w:w="1234"/>
        <w:gridCol w:w="1234"/>
        <w:gridCol w:w="1234"/>
        <w:gridCol w:w="1234"/>
        <w:gridCol w:w="1242"/>
      </w:tblGrid>
      <w:tr w:rsidR="00D70555" w14:paraId="3B98F0A6" w14:textId="77777777">
        <w:tc>
          <w:tcPr>
            <w:tcW w:w="1234" w:type="dxa"/>
          </w:tcPr>
          <w:p w14:paraId="409F4027" w14:textId="77777777" w:rsidR="00D70555" w:rsidRDefault="00D362D2">
            <w:r>
              <w:t>Date</w:t>
            </w:r>
          </w:p>
        </w:tc>
        <w:tc>
          <w:tcPr>
            <w:tcW w:w="1234" w:type="dxa"/>
          </w:tcPr>
          <w:p w14:paraId="386CE57F" w14:textId="77777777" w:rsidR="00D70555" w:rsidRDefault="00D362D2">
            <w:r>
              <w:t>Start time</w:t>
            </w:r>
          </w:p>
        </w:tc>
        <w:tc>
          <w:tcPr>
            <w:tcW w:w="1234" w:type="dxa"/>
          </w:tcPr>
          <w:p w14:paraId="44ACFDFF" w14:textId="77777777" w:rsidR="00D70555" w:rsidRDefault="00D362D2">
            <w:r>
              <w:t>End time</w:t>
            </w:r>
          </w:p>
        </w:tc>
        <w:tc>
          <w:tcPr>
            <w:tcW w:w="1234" w:type="dxa"/>
          </w:tcPr>
          <w:p w14:paraId="3B98F6B4" w14:textId="77777777" w:rsidR="00D70555" w:rsidRDefault="00D362D2">
            <w:r>
              <w:t>Break (mins)</w:t>
            </w:r>
          </w:p>
        </w:tc>
        <w:tc>
          <w:tcPr>
            <w:tcW w:w="1234" w:type="dxa"/>
          </w:tcPr>
          <w:p w14:paraId="763D33C6" w14:textId="77777777" w:rsidR="00D70555" w:rsidRDefault="00D362D2">
            <w:r>
              <w:t>Total hours</w:t>
            </w:r>
          </w:p>
        </w:tc>
        <w:tc>
          <w:tcPr>
            <w:tcW w:w="1234" w:type="dxa"/>
          </w:tcPr>
          <w:p w14:paraId="24F831B6" w14:textId="77777777" w:rsidR="00D70555" w:rsidRDefault="00D362D2">
            <w:r>
              <w:t>Tasks / Notes</w:t>
            </w:r>
          </w:p>
        </w:tc>
        <w:tc>
          <w:tcPr>
            <w:tcW w:w="1234" w:type="dxa"/>
          </w:tcPr>
          <w:p w14:paraId="6097D37B" w14:textId="77777777" w:rsidR="00D70555" w:rsidRDefault="00D362D2">
            <w:r>
              <w:t>Supervisor sign</w:t>
            </w:r>
          </w:p>
        </w:tc>
      </w:tr>
      <w:tr w:rsidR="00D70555" w14:paraId="4EA3386D" w14:textId="77777777">
        <w:tc>
          <w:tcPr>
            <w:tcW w:w="1234" w:type="dxa"/>
          </w:tcPr>
          <w:p w14:paraId="7554D769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52D8BF72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60354C42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7BB63A1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6AEA07A7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2F348EBA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0E542F32" w14:textId="77777777" w:rsidR="00D70555" w:rsidRDefault="00D362D2">
            <w:r>
              <w:t>[ ]</w:t>
            </w:r>
          </w:p>
        </w:tc>
      </w:tr>
      <w:tr w:rsidR="00D70555" w14:paraId="5A80FE98" w14:textId="77777777">
        <w:tc>
          <w:tcPr>
            <w:tcW w:w="1234" w:type="dxa"/>
          </w:tcPr>
          <w:p w14:paraId="66B88E54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51391976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692A1C1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2543372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43465715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C87A315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A885064" w14:textId="77777777" w:rsidR="00D70555" w:rsidRDefault="00D362D2">
            <w:r>
              <w:t>[ ]</w:t>
            </w:r>
          </w:p>
        </w:tc>
      </w:tr>
      <w:tr w:rsidR="00D70555" w14:paraId="269F1C7C" w14:textId="77777777">
        <w:tc>
          <w:tcPr>
            <w:tcW w:w="1234" w:type="dxa"/>
          </w:tcPr>
          <w:p w14:paraId="21B3E736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0DB9BBDE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2968DE6F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372A174D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64CCA9AE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A9667B5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7154906" w14:textId="77777777" w:rsidR="00D70555" w:rsidRDefault="00D362D2">
            <w:r>
              <w:t>[ ]</w:t>
            </w:r>
          </w:p>
        </w:tc>
      </w:tr>
      <w:tr w:rsidR="00D70555" w14:paraId="37DCC3F2" w14:textId="77777777">
        <w:tc>
          <w:tcPr>
            <w:tcW w:w="1234" w:type="dxa"/>
          </w:tcPr>
          <w:p w14:paraId="41148874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4BC3A7F3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2C0EFF01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56598827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43C92240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633C22D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5AACF26A" w14:textId="77777777" w:rsidR="00D70555" w:rsidRDefault="00D362D2">
            <w:r>
              <w:t>[ ]</w:t>
            </w:r>
          </w:p>
        </w:tc>
      </w:tr>
      <w:tr w:rsidR="00D70555" w14:paraId="6F720C89" w14:textId="77777777">
        <w:tc>
          <w:tcPr>
            <w:tcW w:w="1234" w:type="dxa"/>
          </w:tcPr>
          <w:p w14:paraId="2B55E2EC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8EF4091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2D8CC36F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0C323B1D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E128D71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28C913F3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450F1A55" w14:textId="77777777" w:rsidR="00D70555" w:rsidRDefault="00D362D2">
            <w:r>
              <w:t>[ ]</w:t>
            </w:r>
          </w:p>
        </w:tc>
      </w:tr>
      <w:tr w:rsidR="00D70555" w14:paraId="3E38DBC5" w14:textId="77777777">
        <w:tc>
          <w:tcPr>
            <w:tcW w:w="1234" w:type="dxa"/>
          </w:tcPr>
          <w:p w14:paraId="0557E5ED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81C55D8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2160169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140C6A0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5D10CBC7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6866819C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3F87223A" w14:textId="77777777" w:rsidR="00D70555" w:rsidRDefault="00D362D2">
            <w:r>
              <w:t>[ ]</w:t>
            </w:r>
          </w:p>
        </w:tc>
      </w:tr>
      <w:tr w:rsidR="00D70555" w14:paraId="4DF75E3C" w14:textId="77777777">
        <w:tc>
          <w:tcPr>
            <w:tcW w:w="1234" w:type="dxa"/>
          </w:tcPr>
          <w:p w14:paraId="2653E019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AC8D627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05CC836B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1DA4D0E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ECAD9DD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4714F3F0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09DF1362" w14:textId="77777777" w:rsidR="00D70555" w:rsidRDefault="00D362D2">
            <w:r>
              <w:t>[ ]</w:t>
            </w:r>
          </w:p>
        </w:tc>
      </w:tr>
      <w:tr w:rsidR="00D70555" w14:paraId="63A2B2B1" w14:textId="77777777">
        <w:tc>
          <w:tcPr>
            <w:tcW w:w="1234" w:type="dxa"/>
          </w:tcPr>
          <w:p w14:paraId="25E6F027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2797BF2B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038D948A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69882349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26BE875B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65B6DBF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2C8E215D" w14:textId="77777777" w:rsidR="00D70555" w:rsidRDefault="00D362D2">
            <w:r>
              <w:t>[ ]</w:t>
            </w:r>
          </w:p>
        </w:tc>
      </w:tr>
      <w:tr w:rsidR="00D70555" w14:paraId="5B23E2F9" w14:textId="77777777">
        <w:tc>
          <w:tcPr>
            <w:tcW w:w="1234" w:type="dxa"/>
          </w:tcPr>
          <w:p w14:paraId="73AE1C32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97C9994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3C1CC6DD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3705EF1E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9B31BC6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673D7EE0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3D3952A2" w14:textId="77777777" w:rsidR="00D70555" w:rsidRDefault="00D362D2">
            <w:r>
              <w:t>[ ]</w:t>
            </w:r>
          </w:p>
        </w:tc>
      </w:tr>
      <w:tr w:rsidR="00D70555" w14:paraId="46D5004E" w14:textId="77777777">
        <w:tc>
          <w:tcPr>
            <w:tcW w:w="1234" w:type="dxa"/>
          </w:tcPr>
          <w:p w14:paraId="0AC7474C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A06E41C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569D42D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17FD7933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21F4B80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35A0739F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678079FE" w14:textId="77777777" w:rsidR="00D70555" w:rsidRDefault="00D362D2">
            <w:r>
              <w:t>[ ]</w:t>
            </w:r>
          </w:p>
        </w:tc>
      </w:tr>
      <w:tr w:rsidR="00D70555" w14:paraId="5CEF5DBF" w14:textId="77777777">
        <w:tc>
          <w:tcPr>
            <w:tcW w:w="1234" w:type="dxa"/>
          </w:tcPr>
          <w:p w14:paraId="747993EA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72C6134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C9A08FD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3C57D0EA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0FF6765B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D273043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637364D0" w14:textId="77777777" w:rsidR="00D70555" w:rsidRDefault="00D362D2">
            <w:r>
              <w:t>[ ]</w:t>
            </w:r>
          </w:p>
        </w:tc>
      </w:tr>
      <w:tr w:rsidR="00D70555" w14:paraId="66DED658" w14:textId="77777777">
        <w:tc>
          <w:tcPr>
            <w:tcW w:w="1234" w:type="dxa"/>
          </w:tcPr>
          <w:p w14:paraId="65EC4E96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358FC768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67E19E5F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55858830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7EC685EE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210CFC44" w14:textId="77777777" w:rsidR="00D70555" w:rsidRDefault="00D362D2">
            <w:r>
              <w:t>[ ]</w:t>
            </w:r>
          </w:p>
        </w:tc>
        <w:tc>
          <w:tcPr>
            <w:tcW w:w="1234" w:type="dxa"/>
          </w:tcPr>
          <w:p w14:paraId="0A367979" w14:textId="77777777" w:rsidR="00D70555" w:rsidRDefault="00D362D2">
            <w:r>
              <w:t>[ ]</w:t>
            </w:r>
          </w:p>
        </w:tc>
      </w:tr>
    </w:tbl>
    <w:p w14:paraId="0DD1E170" w14:textId="77777777" w:rsidR="00D70555" w:rsidRDefault="00D70555"/>
    <w:p w14:paraId="47C235A4" w14:textId="77777777" w:rsidR="00D70555" w:rsidRDefault="00D362D2">
      <w:r>
        <w:rPr>
          <w:b/>
        </w:rPr>
        <w:t xml:space="preserve">Total volunteer hours this </w:t>
      </w:r>
      <w:r>
        <w:rPr>
          <w:b/>
        </w:rPr>
        <w:t>month: ____________</w:t>
      </w:r>
    </w:p>
    <w:p w14:paraId="0090B803" w14:textId="77777777" w:rsidR="00D70555" w:rsidRDefault="00D70555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70555" w14:paraId="4D9D611C" w14:textId="77777777">
        <w:tc>
          <w:tcPr>
            <w:tcW w:w="4320" w:type="dxa"/>
          </w:tcPr>
          <w:p w14:paraId="4AEFFFFD" w14:textId="77777777" w:rsidR="00D70555" w:rsidRDefault="00D362D2">
            <w:r>
              <w:t>Volunteer signature / date</w:t>
            </w:r>
          </w:p>
        </w:tc>
        <w:tc>
          <w:tcPr>
            <w:tcW w:w="4320" w:type="dxa"/>
          </w:tcPr>
          <w:p w14:paraId="743C6FE4" w14:textId="77777777" w:rsidR="00D70555" w:rsidRDefault="00D362D2">
            <w:r>
              <w:t>__________________________   ____ / ____ / ______</w:t>
            </w:r>
          </w:p>
        </w:tc>
      </w:tr>
      <w:tr w:rsidR="00D70555" w14:paraId="1A846D62" w14:textId="77777777">
        <w:tc>
          <w:tcPr>
            <w:tcW w:w="4320" w:type="dxa"/>
          </w:tcPr>
          <w:p w14:paraId="29A33C93" w14:textId="77777777" w:rsidR="00D70555" w:rsidRDefault="00D362D2">
            <w:r>
              <w:t>Supervisor signature / date</w:t>
            </w:r>
          </w:p>
        </w:tc>
        <w:tc>
          <w:tcPr>
            <w:tcW w:w="4320" w:type="dxa"/>
          </w:tcPr>
          <w:p w14:paraId="76579F3A" w14:textId="77777777" w:rsidR="00D70555" w:rsidRDefault="00D362D2">
            <w:r>
              <w:t>__________________________   ____ / ____ / ______</w:t>
            </w:r>
          </w:p>
        </w:tc>
      </w:tr>
    </w:tbl>
    <w:p w14:paraId="6564FF13" w14:textId="77777777" w:rsidR="00D362D2" w:rsidRDefault="00D362D2"/>
    <w:sectPr w:rsidR="00D362D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89970532">
    <w:abstractNumId w:val="8"/>
  </w:num>
  <w:num w:numId="2" w16cid:durableId="274098043">
    <w:abstractNumId w:val="6"/>
  </w:num>
  <w:num w:numId="3" w16cid:durableId="313412655">
    <w:abstractNumId w:val="5"/>
  </w:num>
  <w:num w:numId="4" w16cid:durableId="1388802365">
    <w:abstractNumId w:val="4"/>
  </w:num>
  <w:num w:numId="5" w16cid:durableId="316493276">
    <w:abstractNumId w:val="7"/>
  </w:num>
  <w:num w:numId="6" w16cid:durableId="187329512">
    <w:abstractNumId w:val="3"/>
  </w:num>
  <w:num w:numId="7" w16cid:durableId="920068036">
    <w:abstractNumId w:val="2"/>
  </w:num>
  <w:num w:numId="8" w16cid:durableId="1317345324">
    <w:abstractNumId w:val="1"/>
  </w:num>
  <w:num w:numId="9" w16cid:durableId="507326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26AF3"/>
    <w:rsid w:val="0015074B"/>
    <w:rsid w:val="0029639D"/>
    <w:rsid w:val="00326F90"/>
    <w:rsid w:val="00AA1D8D"/>
    <w:rsid w:val="00B47730"/>
    <w:rsid w:val="00CB0664"/>
    <w:rsid w:val="00D362D2"/>
    <w:rsid w:val="00D7055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25C834"/>
  <w14:defaultImageDpi w14:val="300"/>
  <w15:docId w15:val="{B1AAC9EE-B1A4-4F48-88CC-CAF4A76F5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Afeez Oyinloye</cp:lastModifiedBy>
  <cp:revision>2</cp:revision>
  <dcterms:created xsi:type="dcterms:W3CDTF">2013-12-23T23:15:00Z</dcterms:created>
  <dcterms:modified xsi:type="dcterms:W3CDTF">2025-12-27T04:13:00Z</dcterms:modified>
  <cp:category/>
</cp:coreProperties>
</file>